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B4CB" w14:textId="5F7078FF" w:rsidR="004C72B3" w:rsidRDefault="00226FF1" w:rsidP="00065A54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59D37D6A" wp14:editId="52AB6219">
            <wp:extent cx="1168400" cy="952500"/>
            <wp:effectExtent l="0" t="0" r="0" b="0"/>
            <wp:docPr id="1727813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81409" w14:textId="77777777" w:rsidR="00226FF1" w:rsidRDefault="00226FF1" w:rsidP="00065A54">
      <w:pPr>
        <w:spacing w:after="0"/>
        <w:jc w:val="center"/>
        <w:rPr>
          <w:rFonts w:asciiTheme="majorHAnsi" w:hAnsiTheme="majorHAnsi" w:cstheme="majorHAnsi"/>
        </w:rPr>
      </w:pPr>
    </w:p>
    <w:p w14:paraId="3465A44C" w14:textId="77777777" w:rsidR="00A02C2A" w:rsidRPr="001537B7" w:rsidRDefault="00A02C2A" w:rsidP="00F36328">
      <w:pPr>
        <w:pStyle w:val="Heading1"/>
        <w:jc w:val="center"/>
        <w:rPr>
          <w:rFonts w:ascii="Calibri" w:hAnsi="Calibri" w:cs="Calibri"/>
          <w:sz w:val="22"/>
          <w:szCs w:val="22"/>
        </w:rPr>
      </w:pPr>
      <w:r w:rsidRPr="001537B7">
        <w:rPr>
          <w:rFonts w:ascii="Calibri" w:hAnsi="Calibri" w:cs="Calibri"/>
          <w:sz w:val="22"/>
          <w:szCs w:val="22"/>
        </w:rPr>
        <w:t>CITY</w:t>
      </w:r>
      <w:r w:rsidRPr="001537B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1537B7">
        <w:rPr>
          <w:rFonts w:ascii="Calibri" w:hAnsi="Calibri" w:cs="Calibri"/>
          <w:sz w:val="22"/>
          <w:szCs w:val="22"/>
        </w:rPr>
        <w:t>OF</w:t>
      </w:r>
      <w:r w:rsidRPr="001537B7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1537B7">
        <w:rPr>
          <w:rFonts w:ascii="Calibri" w:hAnsi="Calibri" w:cs="Calibri"/>
          <w:sz w:val="22"/>
          <w:szCs w:val="22"/>
        </w:rPr>
        <w:t>LITTLE</w:t>
      </w:r>
      <w:r w:rsidRPr="001537B7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1537B7">
        <w:rPr>
          <w:rFonts w:ascii="Calibri" w:hAnsi="Calibri" w:cs="Calibri"/>
          <w:sz w:val="22"/>
          <w:szCs w:val="22"/>
        </w:rPr>
        <w:t>ROCK,</w:t>
      </w:r>
      <w:r w:rsidRPr="001537B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1537B7">
        <w:rPr>
          <w:rFonts w:ascii="Calibri" w:hAnsi="Calibri" w:cs="Calibri"/>
          <w:spacing w:val="-2"/>
          <w:sz w:val="22"/>
          <w:szCs w:val="22"/>
        </w:rPr>
        <w:t>ARKANSAS</w:t>
      </w:r>
    </w:p>
    <w:p w14:paraId="3A5CD38C" w14:textId="060659B7" w:rsidR="00A02C2A" w:rsidRPr="001537B7" w:rsidRDefault="00A02C2A" w:rsidP="00F36328">
      <w:pPr>
        <w:pStyle w:val="Heading2"/>
        <w:jc w:val="center"/>
        <w:rPr>
          <w:rFonts w:ascii="Calibri" w:hAnsi="Calibri" w:cs="Calibri"/>
          <w:szCs w:val="22"/>
        </w:rPr>
      </w:pPr>
      <w:r w:rsidRPr="001537B7">
        <w:rPr>
          <w:rFonts w:ascii="Calibri" w:hAnsi="Calibri" w:cs="Calibri"/>
          <w:szCs w:val="22"/>
        </w:rPr>
        <w:t>PROSPECTIVE</w:t>
      </w:r>
      <w:r w:rsidRPr="001537B7">
        <w:rPr>
          <w:rFonts w:ascii="Calibri" w:hAnsi="Calibri" w:cs="Calibri"/>
          <w:spacing w:val="63"/>
          <w:szCs w:val="22"/>
        </w:rPr>
        <w:t xml:space="preserve"> </w:t>
      </w:r>
      <w:r w:rsidRPr="001537B7">
        <w:rPr>
          <w:rFonts w:ascii="Calibri" w:hAnsi="Calibri" w:cs="Calibri"/>
          <w:szCs w:val="22"/>
        </w:rPr>
        <w:t>DONOR</w:t>
      </w:r>
      <w:r w:rsidRPr="001537B7">
        <w:rPr>
          <w:rFonts w:ascii="Calibri" w:hAnsi="Calibri" w:cs="Calibri"/>
          <w:spacing w:val="37"/>
          <w:szCs w:val="22"/>
        </w:rPr>
        <w:t xml:space="preserve"> </w:t>
      </w:r>
      <w:r w:rsidRPr="001537B7">
        <w:rPr>
          <w:rFonts w:ascii="Calibri" w:hAnsi="Calibri" w:cs="Calibri"/>
          <w:szCs w:val="22"/>
        </w:rPr>
        <w:t>INFORMATION</w:t>
      </w:r>
      <w:r w:rsidRPr="001537B7">
        <w:rPr>
          <w:rFonts w:ascii="Calibri" w:hAnsi="Calibri" w:cs="Calibri"/>
          <w:spacing w:val="24"/>
          <w:szCs w:val="22"/>
        </w:rPr>
        <w:t xml:space="preserve"> </w:t>
      </w:r>
      <w:r w:rsidRPr="001537B7">
        <w:rPr>
          <w:rFonts w:ascii="Calibri" w:hAnsi="Calibri" w:cs="Calibri"/>
          <w:szCs w:val="22"/>
        </w:rPr>
        <w:t>AND</w:t>
      </w:r>
      <w:r w:rsidRPr="001537B7">
        <w:rPr>
          <w:rFonts w:ascii="Calibri" w:hAnsi="Calibri" w:cs="Calibri"/>
          <w:spacing w:val="29"/>
          <w:szCs w:val="22"/>
        </w:rPr>
        <w:t xml:space="preserve"> </w:t>
      </w:r>
      <w:r w:rsidRPr="001537B7">
        <w:rPr>
          <w:rFonts w:ascii="Calibri" w:hAnsi="Calibri" w:cs="Calibri"/>
          <w:szCs w:val="22"/>
        </w:rPr>
        <w:t>GIFT</w:t>
      </w:r>
      <w:r w:rsidRPr="001537B7">
        <w:rPr>
          <w:rFonts w:ascii="Calibri" w:hAnsi="Calibri" w:cs="Calibri"/>
          <w:spacing w:val="18"/>
          <w:szCs w:val="22"/>
        </w:rPr>
        <w:t xml:space="preserve"> </w:t>
      </w:r>
      <w:r w:rsidRPr="001537B7">
        <w:rPr>
          <w:rFonts w:ascii="Calibri" w:hAnsi="Calibri" w:cs="Calibri"/>
          <w:szCs w:val="22"/>
        </w:rPr>
        <w:t>PROPOSAL</w:t>
      </w:r>
      <w:r w:rsidRPr="001537B7">
        <w:rPr>
          <w:rFonts w:ascii="Calibri" w:hAnsi="Calibri" w:cs="Calibri"/>
          <w:spacing w:val="24"/>
          <w:szCs w:val="22"/>
        </w:rPr>
        <w:t xml:space="preserve"> </w:t>
      </w:r>
      <w:r w:rsidRPr="001537B7">
        <w:rPr>
          <w:rFonts w:ascii="Calibri" w:hAnsi="Calibri" w:cs="Calibri"/>
          <w:spacing w:val="-4"/>
          <w:szCs w:val="22"/>
        </w:rPr>
        <w:t>FORM</w:t>
      </w:r>
    </w:p>
    <w:p w14:paraId="162C76D5" w14:textId="77777777" w:rsidR="00A02C2A" w:rsidRPr="001537B7" w:rsidRDefault="00A02C2A" w:rsidP="00A02C2A">
      <w:pPr>
        <w:tabs>
          <w:tab w:val="left" w:pos="7083"/>
        </w:tabs>
        <w:spacing w:before="232"/>
        <w:ind w:right="13"/>
        <w:jc w:val="center"/>
        <w:rPr>
          <w:rFonts w:ascii="Calibri" w:hAnsi="Calibri" w:cs="Calibri"/>
          <w:i/>
        </w:rPr>
      </w:pPr>
      <w:r w:rsidRPr="001537B7">
        <w:rPr>
          <w:rFonts w:ascii="Calibri" w:hAnsi="Calibri" w:cs="Calibri"/>
          <w:i/>
        </w:rPr>
        <w:t>Pursuant</w:t>
      </w:r>
      <w:r w:rsidRPr="001537B7">
        <w:rPr>
          <w:rFonts w:ascii="Calibri" w:hAnsi="Calibri" w:cs="Calibri"/>
          <w:i/>
          <w:spacing w:val="2"/>
        </w:rPr>
        <w:t xml:space="preserve"> </w:t>
      </w:r>
      <w:r w:rsidRPr="001537B7">
        <w:rPr>
          <w:rFonts w:ascii="Calibri" w:hAnsi="Calibri" w:cs="Calibri"/>
          <w:i/>
        </w:rPr>
        <w:t>to</w:t>
      </w:r>
      <w:r w:rsidRPr="001537B7">
        <w:rPr>
          <w:rFonts w:ascii="Calibri" w:hAnsi="Calibri" w:cs="Calibri"/>
          <w:i/>
          <w:spacing w:val="13"/>
        </w:rPr>
        <w:t xml:space="preserve"> </w:t>
      </w:r>
      <w:r w:rsidRPr="001537B7">
        <w:rPr>
          <w:rFonts w:ascii="Calibri" w:hAnsi="Calibri" w:cs="Calibri"/>
          <w:i/>
        </w:rPr>
        <w:t>the</w:t>
      </w:r>
      <w:r w:rsidRPr="001537B7">
        <w:rPr>
          <w:rFonts w:ascii="Calibri" w:hAnsi="Calibri" w:cs="Calibri"/>
          <w:i/>
          <w:spacing w:val="4"/>
        </w:rPr>
        <w:t xml:space="preserve"> </w:t>
      </w:r>
      <w:r w:rsidRPr="001537B7">
        <w:rPr>
          <w:rFonts w:ascii="Calibri" w:hAnsi="Calibri" w:cs="Calibri"/>
          <w:i/>
        </w:rPr>
        <w:t>City</w:t>
      </w:r>
      <w:r w:rsidRPr="001537B7">
        <w:rPr>
          <w:rFonts w:ascii="Calibri" w:hAnsi="Calibri" w:cs="Calibri"/>
          <w:i/>
          <w:spacing w:val="11"/>
        </w:rPr>
        <w:t xml:space="preserve"> </w:t>
      </w:r>
      <w:r w:rsidRPr="001537B7">
        <w:rPr>
          <w:rFonts w:ascii="Calibri" w:hAnsi="Calibri" w:cs="Calibri"/>
          <w:i/>
        </w:rPr>
        <w:t>of</w:t>
      </w:r>
      <w:r w:rsidRPr="001537B7">
        <w:rPr>
          <w:rFonts w:ascii="Calibri" w:hAnsi="Calibri" w:cs="Calibri"/>
          <w:i/>
          <w:spacing w:val="9"/>
        </w:rPr>
        <w:t xml:space="preserve"> </w:t>
      </w:r>
      <w:r w:rsidRPr="001537B7">
        <w:rPr>
          <w:rFonts w:ascii="Calibri" w:hAnsi="Calibri" w:cs="Calibri"/>
          <w:i/>
        </w:rPr>
        <w:t>Little</w:t>
      </w:r>
      <w:r w:rsidRPr="001537B7">
        <w:rPr>
          <w:rFonts w:ascii="Calibri" w:hAnsi="Calibri" w:cs="Calibri"/>
          <w:i/>
          <w:spacing w:val="4"/>
        </w:rPr>
        <w:t xml:space="preserve"> </w:t>
      </w:r>
      <w:r w:rsidRPr="001537B7">
        <w:rPr>
          <w:rFonts w:ascii="Calibri" w:hAnsi="Calibri" w:cs="Calibri"/>
          <w:i/>
        </w:rPr>
        <w:t>Rock</w:t>
      </w:r>
      <w:r w:rsidRPr="001537B7">
        <w:rPr>
          <w:rFonts w:ascii="Calibri" w:hAnsi="Calibri" w:cs="Calibri"/>
          <w:i/>
          <w:spacing w:val="10"/>
        </w:rPr>
        <w:t xml:space="preserve"> </w:t>
      </w:r>
      <w:r w:rsidRPr="001537B7">
        <w:rPr>
          <w:rFonts w:ascii="Calibri" w:hAnsi="Calibri" w:cs="Calibri"/>
          <w:i/>
        </w:rPr>
        <w:t>Gift</w:t>
      </w:r>
      <w:r w:rsidRPr="001537B7">
        <w:rPr>
          <w:rFonts w:ascii="Calibri" w:hAnsi="Calibri" w:cs="Calibri"/>
          <w:i/>
          <w:spacing w:val="2"/>
        </w:rPr>
        <w:t xml:space="preserve"> </w:t>
      </w:r>
      <w:r w:rsidRPr="001537B7">
        <w:rPr>
          <w:rFonts w:ascii="Calibri" w:hAnsi="Calibri" w:cs="Calibri"/>
          <w:i/>
        </w:rPr>
        <w:t>Acceptance</w:t>
      </w:r>
      <w:r w:rsidRPr="001537B7">
        <w:rPr>
          <w:rFonts w:ascii="Calibri" w:hAnsi="Calibri" w:cs="Calibri"/>
          <w:i/>
          <w:spacing w:val="4"/>
        </w:rPr>
        <w:t xml:space="preserve"> </w:t>
      </w:r>
      <w:r w:rsidRPr="001537B7">
        <w:rPr>
          <w:rFonts w:ascii="Calibri" w:hAnsi="Calibri" w:cs="Calibri"/>
          <w:i/>
        </w:rPr>
        <w:t>policy</w:t>
      </w:r>
    </w:p>
    <w:p w14:paraId="42D77C1B" w14:textId="77777777" w:rsidR="00A02C2A" w:rsidRPr="001537B7" w:rsidRDefault="00A02C2A" w:rsidP="00A02C2A">
      <w:pPr>
        <w:pStyle w:val="BodyText"/>
        <w:rPr>
          <w:rFonts w:ascii="Calibri" w:hAnsi="Calibri" w:cs="Calibri"/>
          <w:i/>
        </w:rPr>
      </w:pPr>
    </w:p>
    <w:p w14:paraId="5FC0F086" w14:textId="77777777" w:rsidR="00A02C2A" w:rsidRPr="001537B7" w:rsidRDefault="00A02C2A" w:rsidP="00A02C2A">
      <w:pPr>
        <w:spacing w:line="290" w:lineRule="auto"/>
        <w:ind w:right="47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Thank</w:t>
      </w:r>
      <w:r w:rsidRPr="001537B7">
        <w:rPr>
          <w:rFonts w:ascii="Calibri" w:hAnsi="Calibri" w:cs="Calibri"/>
          <w:spacing w:val="36"/>
        </w:rPr>
        <w:t xml:space="preserve"> </w:t>
      </w:r>
      <w:r w:rsidRPr="001537B7">
        <w:rPr>
          <w:rFonts w:ascii="Calibri" w:hAnsi="Calibri" w:cs="Calibri"/>
        </w:rPr>
        <w:t>you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for</w:t>
      </w:r>
      <w:r w:rsidRPr="001537B7">
        <w:rPr>
          <w:rFonts w:ascii="Calibri" w:hAnsi="Calibri" w:cs="Calibri"/>
          <w:spacing w:val="23"/>
        </w:rPr>
        <w:t xml:space="preserve"> </w:t>
      </w:r>
      <w:r w:rsidRPr="001537B7">
        <w:rPr>
          <w:rFonts w:ascii="Calibri" w:hAnsi="Calibri" w:cs="Calibri"/>
        </w:rPr>
        <w:t>your</w:t>
      </w:r>
      <w:r w:rsidRPr="001537B7">
        <w:rPr>
          <w:rFonts w:ascii="Calibri" w:hAnsi="Calibri" w:cs="Calibri"/>
          <w:spacing w:val="23"/>
        </w:rPr>
        <w:t xml:space="preserve"> </w:t>
      </w:r>
      <w:r w:rsidRPr="001537B7">
        <w:rPr>
          <w:rFonts w:ascii="Calibri" w:hAnsi="Calibri" w:cs="Calibri"/>
        </w:rPr>
        <w:t>interest in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supporting</w:t>
      </w:r>
      <w:r w:rsidRPr="001537B7">
        <w:rPr>
          <w:rFonts w:ascii="Calibri" w:hAnsi="Calibri" w:cs="Calibri"/>
          <w:spacing w:val="32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24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16"/>
        </w:rPr>
        <w:t xml:space="preserve"> </w:t>
      </w:r>
      <w:r w:rsidRPr="001537B7">
        <w:rPr>
          <w:rFonts w:ascii="Calibri" w:hAnsi="Calibri" w:cs="Calibri"/>
        </w:rPr>
        <w:t>of</w:t>
      </w:r>
      <w:r w:rsidRPr="001537B7">
        <w:rPr>
          <w:rFonts w:ascii="Calibri" w:hAnsi="Calibri" w:cs="Calibri"/>
          <w:spacing w:val="34"/>
        </w:rPr>
        <w:t xml:space="preserve"> </w:t>
      </w:r>
      <w:r w:rsidRPr="001537B7">
        <w:rPr>
          <w:rFonts w:ascii="Calibri" w:hAnsi="Calibri" w:cs="Calibri"/>
        </w:rPr>
        <w:t>Little</w:t>
      </w:r>
      <w:r w:rsidRPr="001537B7">
        <w:rPr>
          <w:rFonts w:ascii="Calibri" w:hAnsi="Calibri" w:cs="Calibri"/>
          <w:spacing w:val="24"/>
        </w:rPr>
        <w:t xml:space="preserve"> </w:t>
      </w:r>
      <w:r w:rsidRPr="001537B7">
        <w:rPr>
          <w:rFonts w:ascii="Calibri" w:hAnsi="Calibri" w:cs="Calibri"/>
        </w:rPr>
        <w:t>Rock. This</w:t>
      </w:r>
      <w:r w:rsidRPr="001537B7">
        <w:rPr>
          <w:rFonts w:ascii="Calibri" w:hAnsi="Calibri" w:cs="Calibri"/>
          <w:spacing w:val="32"/>
        </w:rPr>
        <w:t xml:space="preserve"> </w:t>
      </w:r>
      <w:r w:rsidRPr="001537B7">
        <w:rPr>
          <w:rFonts w:ascii="Calibri" w:hAnsi="Calibri" w:cs="Calibri"/>
        </w:rPr>
        <w:t>form should</w:t>
      </w:r>
      <w:r w:rsidRPr="001537B7">
        <w:rPr>
          <w:rFonts w:ascii="Calibri" w:hAnsi="Calibri" w:cs="Calibri"/>
          <w:spacing w:val="37"/>
        </w:rPr>
        <w:t xml:space="preserve"> </w:t>
      </w:r>
      <w:r w:rsidRPr="001537B7">
        <w:rPr>
          <w:rFonts w:ascii="Calibri" w:hAnsi="Calibri" w:cs="Calibri"/>
        </w:rPr>
        <w:t>be</w:t>
      </w:r>
      <w:r w:rsidRPr="001537B7">
        <w:rPr>
          <w:rFonts w:ascii="Calibri" w:hAnsi="Calibri" w:cs="Calibri"/>
          <w:spacing w:val="24"/>
        </w:rPr>
        <w:t xml:space="preserve"> </w:t>
      </w:r>
      <w:r w:rsidRPr="001537B7">
        <w:rPr>
          <w:rFonts w:ascii="Calibri" w:hAnsi="Calibri" w:cs="Calibri"/>
        </w:rPr>
        <w:t>completed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by</w:t>
      </w:r>
      <w:r w:rsidRPr="001537B7">
        <w:rPr>
          <w:rFonts w:ascii="Calibri" w:hAnsi="Calibri" w:cs="Calibri"/>
          <w:spacing w:val="16"/>
        </w:rPr>
        <w:t xml:space="preserve"> </w:t>
      </w:r>
      <w:r w:rsidRPr="001537B7">
        <w:rPr>
          <w:rFonts w:ascii="Calibri" w:hAnsi="Calibri" w:cs="Calibri"/>
        </w:rPr>
        <w:t>any</w:t>
      </w:r>
      <w:r w:rsidRPr="001537B7">
        <w:rPr>
          <w:rFonts w:ascii="Calibri" w:hAnsi="Calibri" w:cs="Calibri"/>
          <w:spacing w:val="16"/>
        </w:rPr>
        <w:t xml:space="preserve"> </w:t>
      </w:r>
      <w:r w:rsidRPr="001537B7">
        <w:rPr>
          <w:rFonts w:ascii="Calibri" w:hAnsi="Calibri" w:cs="Calibri"/>
        </w:rPr>
        <w:t>prospective</w:t>
      </w:r>
      <w:r w:rsidRPr="001537B7">
        <w:rPr>
          <w:rFonts w:ascii="Calibri" w:hAnsi="Calibri" w:cs="Calibri"/>
          <w:spacing w:val="24"/>
        </w:rPr>
        <w:t xml:space="preserve"> </w:t>
      </w:r>
      <w:r w:rsidRPr="001537B7">
        <w:rPr>
          <w:rFonts w:ascii="Calibri" w:hAnsi="Calibri" w:cs="Calibri"/>
        </w:rPr>
        <w:t>donor offering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a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</w:rPr>
        <w:t>gift,</w:t>
      </w:r>
      <w:r w:rsidRPr="001537B7">
        <w:rPr>
          <w:rFonts w:ascii="Calibri" w:hAnsi="Calibri" w:cs="Calibri"/>
          <w:spacing w:val="36"/>
        </w:rPr>
        <w:t xml:space="preserve"> </w:t>
      </w:r>
      <w:r w:rsidRPr="001537B7">
        <w:rPr>
          <w:rFonts w:ascii="Calibri" w:hAnsi="Calibri" w:cs="Calibri"/>
        </w:rPr>
        <w:t>donation,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or</w:t>
      </w:r>
      <w:r w:rsidRPr="001537B7">
        <w:rPr>
          <w:rFonts w:ascii="Calibri" w:hAnsi="Calibri" w:cs="Calibri"/>
          <w:spacing w:val="29"/>
        </w:rPr>
        <w:t xml:space="preserve"> </w:t>
      </w:r>
      <w:r w:rsidRPr="001537B7">
        <w:rPr>
          <w:rFonts w:ascii="Calibri" w:hAnsi="Calibri" w:cs="Calibri"/>
        </w:rPr>
        <w:t>contribution</w:t>
      </w:r>
      <w:r w:rsidRPr="001537B7">
        <w:rPr>
          <w:rFonts w:ascii="Calibri" w:hAnsi="Calibri" w:cs="Calibri"/>
          <w:spacing w:val="23"/>
        </w:rPr>
        <w:t xml:space="preserve"> </w:t>
      </w:r>
      <w:r w:rsidRPr="001537B7">
        <w:rPr>
          <w:rFonts w:ascii="Calibri" w:hAnsi="Calibri" w:cs="Calibri"/>
        </w:rPr>
        <w:t>of</w:t>
      </w:r>
      <w:r w:rsidRPr="001537B7">
        <w:rPr>
          <w:rFonts w:ascii="Calibri" w:hAnsi="Calibri" w:cs="Calibri"/>
          <w:spacing w:val="20"/>
        </w:rPr>
        <w:t xml:space="preserve"> </w:t>
      </w:r>
      <w:r w:rsidRPr="001537B7">
        <w:rPr>
          <w:rFonts w:ascii="Calibri" w:hAnsi="Calibri" w:cs="Calibri"/>
        </w:rPr>
        <w:t>money,</w:t>
      </w:r>
      <w:r w:rsidRPr="001537B7">
        <w:rPr>
          <w:rFonts w:ascii="Calibri" w:hAnsi="Calibri" w:cs="Calibri"/>
          <w:spacing w:val="36"/>
        </w:rPr>
        <w:t xml:space="preserve"> </w:t>
      </w:r>
      <w:r w:rsidRPr="001537B7">
        <w:rPr>
          <w:rFonts w:ascii="Calibri" w:hAnsi="Calibri" w:cs="Calibri"/>
        </w:rPr>
        <w:t>real</w:t>
      </w:r>
      <w:r w:rsidRPr="001537B7">
        <w:rPr>
          <w:rFonts w:ascii="Calibri" w:hAnsi="Calibri" w:cs="Calibri"/>
          <w:spacing w:val="20"/>
        </w:rPr>
        <w:t xml:space="preserve"> </w:t>
      </w:r>
      <w:r w:rsidRPr="001537B7">
        <w:rPr>
          <w:rFonts w:ascii="Calibri" w:hAnsi="Calibri" w:cs="Calibri"/>
        </w:rPr>
        <w:t>property,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</w:rPr>
        <w:t>personal</w:t>
      </w:r>
      <w:r w:rsidRPr="001537B7">
        <w:rPr>
          <w:rFonts w:ascii="Calibri" w:hAnsi="Calibri" w:cs="Calibri"/>
          <w:spacing w:val="20"/>
        </w:rPr>
        <w:t xml:space="preserve"> </w:t>
      </w:r>
      <w:r w:rsidRPr="001537B7">
        <w:rPr>
          <w:rFonts w:ascii="Calibri" w:hAnsi="Calibri" w:cs="Calibri"/>
        </w:rPr>
        <w:t>property,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</w:rPr>
        <w:t>or</w:t>
      </w:r>
      <w:r w:rsidRPr="001537B7">
        <w:rPr>
          <w:rFonts w:ascii="Calibri" w:hAnsi="Calibri" w:cs="Calibri"/>
          <w:spacing w:val="29"/>
        </w:rPr>
        <w:t xml:space="preserve"> </w:t>
      </w:r>
      <w:r w:rsidRPr="001537B7">
        <w:rPr>
          <w:rFonts w:ascii="Calibri" w:hAnsi="Calibri" w:cs="Calibri"/>
        </w:rPr>
        <w:t>services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to</w:t>
      </w:r>
      <w:r w:rsidRPr="001537B7">
        <w:rPr>
          <w:rFonts w:ascii="Calibri" w:hAnsi="Calibri" w:cs="Calibri"/>
          <w:spacing w:val="22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30"/>
        </w:rPr>
        <w:t xml:space="preserve"> </w:t>
      </w:r>
      <w:r w:rsidRPr="001537B7">
        <w:rPr>
          <w:rFonts w:ascii="Calibri" w:hAnsi="Calibri" w:cs="Calibri"/>
        </w:rPr>
        <w:t>City. A</w:t>
      </w:r>
      <w:r w:rsidRPr="001537B7">
        <w:rPr>
          <w:rFonts w:ascii="Calibri" w:hAnsi="Calibri" w:cs="Calibri"/>
          <w:spacing w:val="29"/>
        </w:rPr>
        <w:t xml:space="preserve"> </w:t>
      </w:r>
      <w:r w:rsidRPr="001537B7">
        <w:rPr>
          <w:rFonts w:ascii="Calibri" w:hAnsi="Calibri" w:cs="Calibri"/>
        </w:rPr>
        <w:t>member</w:t>
      </w:r>
      <w:r w:rsidRPr="001537B7">
        <w:rPr>
          <w:rFonts w:ascii="Calibri" w:hAnsi="Calibri" w:cs="Calibri"/>
          <w:spacing w:val="29"/>
        </w:rPr>
        <w:t xml:space="preserve"> </w:t>
      </w:r>
      <w:r w:rsidRPr="001537B7">
        <w:rPr>
          <w:rFonts w:ascii="Calibri" w:hAnsi="Calibri" w:cs="Calibri"/>
        </w:rPr>
        <w:t>of the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receiving</w:t>
      </w:r>
      <w:r w:rsidRPr="001537B7">
        <w:rPr>
          <w:rFonts w:ascii="Calibri" w:hAnsi="Calibri" w:cs="Calibri"/>
          <w:spacing w:val="27"/>
        </w:rPr>
        <w:t xml:space="preserve"> </w:t>
      </w:r>
      <w:r w:rsidRPr="001537B7">
        <w:rPr>
          <w:rFonts w:ascii="Calibri" w:hAnsi="Calibri" w:cs="Calibri"/>
        </w:rPr>
        <w:t>department</w:t>
      </w:r>
      <w:r w:rsidRPr="001537B7">
        <w:rPr>
          <w:rFonts w:ascii="Calibri" w:hAnsi="Calibri" w:cs="Calibri"/>
          <w:spacing w:val="21"/>
        </w:rPr>
        <w:t xml:space="preserve"> </w:t>
      </w:r>
      <w:r w:rsidRPr="001537B7">
        <w:rPr>
          <w:rFonts w:ascii="Calibri" w:hAnsi="Calibri" w:cs="Calibri"/>
        </w:rPr>
        <w:t>or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Attorney's</w:t>
      </w:r>
      <w:r w:rsidRPr="001537B7">
        <w:rPr>
          <w:rFonts w:ascii="Calibri" w:hAnsi="Calibri" w:cs="Calibri"/>
          <w:spacing w:val="27"/>
        </w:rPr>
        <w:t xml:space="preserve"> </w:t>
      </w:r>
      <w:r w:rsidRPr="001537B7">
        <w:rPr>
          <w:rFonts w:ascii="Calibri" w:hAnsi="Calibri" w:cs="Calibri"/>
        </w:rPr>
        <w:t>Office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will</w:t>
      </w:r>
      <w:r w:rsidRPr="001537B7">
        <w:rPr>
          <w:rFonts w:ascii="Calibri" w:hAnsi="Calibri" w:cs="Calibri"/>
          <w:spacing w:val="30"/>
        </w:rPr>
        <w:t xml:space="preserve"> </w:t>
      </w:r>
      <w:r w:rsidRPr="001537B7">
        <w:rPr>
          <w:rFonts w:ascii="Calibri" w:hAnsi="Calibri" w:cs="Calibri"/>
        </w:rPr>
        <w:t>follow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up</w:t>
      </w:r>
      <w:r w:rsidRPr="001537B7">
        <w:rPr>
          <w:rFonts w:ascii="Calibri" w:hAnsi="Calibri" w:cs="Calibri"/>
          <w:spacing w:val="34"/>
        </w:rPr>
        <w:t xml:space="preserve"> </w:t>
      </w:r>
      <w:r w:rsidRPr="001537B7">
        <w:rPr>
          <w:rFonts w:ascii="Calibri" w:hAnsi="Calibri" w:cs="Calibri"/>
        </w:rPr>
        <w:t>regarding</w:t>
      </w:r>
      <w:r w:rsidRPr="001537B7">
        <w:rPr>
          <w:rFonts w:ascii="Calibri" w:hAnsi="Calibri" w:cs="Calibri"/>
          <w:spacing w:val="27"/>
        </w:rPr>
        <w:t xml:space="preserve"> </w:t>
      </w:r>
      <w:r w:rsidRPr="001537B7">
        <w:rPr>
          <w:rFonts w:ascii="Calibri" w:hAnsi="Calibri" w:cs="Calibri"/>
        </w:rPr>
        <w:t>next</w:t>
      </w:r>
      <w:r w:rsidRPr="001537B7">
        <w:rPr>
          <w:rFonts w:ascii="Calibri" w:hAnsi="Calibri" w:cs="Calibri"/>
          <w:spacing w:val="21"/>
        </w:rPr>
        <w:t xml:space="preserve"> </w:t>
      </w:r>
      <w:r w:rsidRPr="001537B7">
        <w:rPr>
          <w:rFonts w:ascii="Calibri" w:hAnsi="Calibri" w:cs="Calibri"/>
        </w:rPr>
        <w:t>steps,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required</w:t>
      </w:r>
      <w:r w:rsidRPr="001537B7">
        <w:rPr>
          <w:rFonts w:ascii="Calibri" w:hAnsi="Calibri" w:cs="Calibri"/>
          <w:spacing w:val="34"/>
        </w:rPr>
        <w:t xml:space="preserve"> </w:t>
      </w:r>
      <w:r w:rsidRPr="001537B7">
        <w:rPr>
          <w:rFonts w:ascii="Calibri" w:hAnsi="Calibri" w:cs="Calibri"/>
        </w:rPr>
        <w:t>documentation,</w:t>
      </w:r>
      <w:r w:rsidRPr="001537B7">
        <w:rPr>
          <w:rFonts w:ascii="Calibri" w:hAnsi="Calibri" w:cs="Calibri"/>
          <w:spacing w:val="24"/>
        </w:rPr>
        <w:t xml:space="preserve"> </w:t>
      </w:r>
      <w:r w:rsidRPr="001537B7">
        <w:rPr>
          <w:rFonts w:ascii="Calibri" w:hAnsi="Calibri" w:cs="Calibri"/>
        </w:rPr>
        <w:t>and any applicable</w:t>
      </w:r>
      <w:r w:rsidRPr="001537B7">
        <w:rPr>
          <w:rFonts w:ascii="Calibri" w:hAnsi="Calibri" w:cs="Calibri"/>
          <w:spacing w:val="40"/>
        </w:rPr>
        <w:t xml:space="preserve"> </w:t>
      </w:r>
      <w:r w:rsidRPr="001537B7">
        <w:rPr>
          <w:rFonts w:ascii="Calibri" w:hAnsi="Calibri" w:cs="Calibri"/>
        </w:rPr>
        <w:t>approvals.</w:t>
      </w:r>
    </w:p>
    <w:p w14:paraId="07D820EC" w14:textId="77777777" w:rsidR="00A02C2A" w:rsidRPr="001537B7" w:rsidRDefault="00A02C2A" w:rsidP="00A02C2A">
      <w:pPr>
        <w:pStyle w:val="BodyText"/>
        <w:rPr>
          <w:rFonts w:ascii="Calibri" w:hAnsi="Calibri" w:cs="Calibri"/>
        </w:rPr>
      </w:pPr>
    </w:p>
    <w:p w14:paraId="0973A1DA" w14:textId="77777777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ind w:left="374" w:hanging="298"/>
        <w:rPr>
          <w:rFonts w:ascii="Calibri" w:hAnsi="Calibri" w:cs="Calibri"/>
        </w:rPr>
      </w:pPr>
      <w:r w:rsidRPr="001537B7">
        <w:rPr>
          <w:rFonts w:ascii="Calibri" w:hAnsi="Calibri" w:cs="Calibri"/>
        </w:rPr>
        <w:t>DONOR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  <w:spacing w:val="-2"/>
        </w:rPr>
        <w:t>INFORMATION</w:t>
      </w:r>
    </w:p>
    <w:p w14:paraId="3414F0CD" w14:textId="77777777" w:rsidR="00A02C2A" w:rsidRPr="00B10CF4" w:rsidRDefault="00A02C2A" w:rsidP="00A02C2A">
      <w:pPr>
        <w:pStyle w:val="Heading4"/>
        <w:rPr>
          <w:rFonts w:ascii="Calibri" w:eastAsiaTheme="minorEastAsia" w:hAnsi="Calibri" w:cs="Calibri"/>
          <w:i w:val="0"/>
          <w:iCs w:val="0"/>
          <w:color w:val="auto"/>
        </w:rPr>
      </w:pPr>
      <w:r w:rsidRPr="00B10CF4">
        <w:rPr>
          <w:rFonts w:ascii="Calibri" w:eastAsiaTheme="minorEastAsia" w:hAnsi="Calibri" w:cs="Calibri"/>
          <w:i w:val="0"/>
          <w:iCs w:val="0"/>
          <w:color w:val="auto"/>
        </w:rPr>
        <w:t>Donor Type (check one):</w:t>
      </w:r>
    </w:p>
    <w:p w14:paraId="2266C2B0" w14:textId="77777777" w:rsidR="00A02C2A" w:rsidRPr="001537B7" w:rsidRDefault="00A02C2A" w:rsidP="00EA0A1A">
      <w:pPr>
        <w:pStyle w:val="ListParagraph"/>
        <w:widowControl w:val="0"/>
        <w:numPr>
          <w:ilvl w:val="1"/>
          <w:numId w:val="78"/>
        </w:numPr>
        <w:tabs>
          <w:tab w:val="left" w:pos="300"/>
          <w:tab w:val="left" w:pos="1427"/>
          <w:tab w:val="left" w:pos="3890"/>
          <w:tab w:val="left" w:pos="5377"/>
          <w:tab w:val="left" w:pos="7870"/>
        </w:tabs>
        <w:autoSpaceDE w:val="0"/>
        <w:autoSpaceDN w:val="0"/>
        <w:spacing w:before="243" w:after="0"/>
        <w:ind w:left="300" w:hanging="224"/>
        <w:contextualSpacing w:val="0"/>
        <w:rPr>
          <w:rFonts w:ascii="Calibri" w:hAnsi="Calibri" w:cs="Calibri"/>
        </w:rPr>
      </w:pPr>
      <w:r w:rsidRPr="001537B7">
        <w:rPr>
          <w:rFonts w:ascii="Calibri" w:hAnsi="Calibri" w:cs="Calibri"/>
          <w:spacing w:val="-2"/>
        </w:rPr>
        <w:t>Individual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5"/>
        </w:rPr>
        <w:t xml:space="preserve"> </w:t>
      </w:r>
      <w:r w:rsidRPr="001537B7">
        <w:rPr>
          <w:rFonts w:ascii="Calibri" w:hAnsi="Calibri" w:cs="Calibri"/>
        </w:rPr>
        <w:t>Corporation</w:t>
      </w:r>
      <w:r w:rsidRPr="001537B7">
        <w:rPr>
          <w:rFonts w:ascii="Calibri" w:hAnsi="Calibri" w:cs="Calibri"/>
          <w:spacing w:val="1"/>
        </w:rPr>
        <w:t xml:space="preserve"> </w:t>
      </w:r>
      <w:r w:rsidRPr="001537B7">
        <w:rPr>
          <w:rFonts w:ascii="Calibri" w:hAnsi="Calibri" w:cs="Calibri"/>
        </w:rPr>
        <w:t>/</w:t>
      </w:r>
      <w:r w:rsidRPr="001537B7">
        <w:rPr>
          <w:rFonts w:ascii="Calibri" w:hAnsi="Calibri" w:cs="Calibri"/>
          <w:spacing w:val="3"/>
        </w:rPr>
        <w:t xml:space="preserve"> </w:t>
      </w:r>
      <w:r w:rsidRPr="001537B7">
        <w:rPr>
          <w:rFonts w:ascii="Calibri" w:hAnsi="Calibri" w:cs="Calibri"/>
          <w:spacing w:val="-2"/>
        </w:rPr>
        <w:t>Business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3"/>
        </w:rPr>
        <w:t xml:space="preserve"> </w:t>
      </w:r>
      <w:r w:rsidRPr="001537B7">
        <w:rPr>
          <w:rFonts w:ascii="Calibri" w:hAnsi="Calibri" w:cs="Calibri"/>
          <w:spacing w:val="-2"/>
        </w:rPr>
        <w:t>Foundation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  <w:spacing w:val="-2"/>
        </w:rPr>
        <w:t>☐</w:t>
      </w:r>
      <w:r w:rsidRPr="001537B7">
        <w:rPr>
          <w:rFonts w:ascii="Calibri" w:hAnsi="Calibri" w:cs="Calibri"/>
          <w:spacing w:val="-16"/>
        </w:rPr>
        <w:t xml:space="preserve"> </w:t>
      </w:r>
      <w:r w:rsidRPr="001537B7">
        <w:rPr>
          <w:rFonts w:ascii="Calibri" w:hAnsi="Calibri" w:cs="Calibri"/>
          <w:spacing w:val="-2"/>
        </w:rPr>
        <w:t>Nonprofit</w:t>
      </w:r>
      <w:r w:rsidRPr="001537B7">
        <w:rPr>
          <w:rFonts w:ascii="Calibri" w:hAnsi="Calibri" w:cs="Calibri"/>
          <w:spacing w:val="18"/>
        </w:rPr>
        <w:t xml:space="preserve"> </w:t>
      </w:r>
      <w:r w:rsidRPr="001537B7">
        <w:rPr>
          <w:rFonts w:ascii="Calibri" w:hAnsi="Calibri" w:cs="Calibri"/>
          <w:spacing w:val="-2"/>
        </w:rPr>
        <w:t>Organization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6"/>
        </w:rPr>
        <w:t xml:space="preserve"> </w:t>
      </w:r>
      <w:r w:rsidRPr="001537B7">
        <w:rPr>
          <w:rFonts w:ascii="Calibri" w:hAnsi="Calibri" w:cs="Calibri"/>
          <w:spacing w:val="-2"/>
        </w:rPr>
        <w:t>Other:</w:t>
      </w:r>
    </w:p>
    <w:p w14:paraId="67083F23" w14:textId="54028AFE" w:rsidR="00A02C2A" w:rsidRPr="001537B7" w:rsidRDefault="00A02C2A" w:rsidP="00B10CF4">
      <w:pPr>
        <w:pStyle w:val="BodyText"/>
        <w:spacing w:before="6"/>
        <w:rPr>
          <w:rFonts w:ascii="Calibri" w:hAnsi="Calibri" w:cs="Calibri"/>
        </w:rPr>
      </w:pP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3FABE1F" wp14:editId="455C548C">
                <wp:simplePos x="0" y="0"/>
                <wp:positionH relativeFrom="page">
                  <wp:posOffset>734377</wp:posOffset>
                </wp:positionH>
                <wp:positionV relativeFrom="paragraph">
                  <wp:posOffset>174085</wp:posOffset>
                </wp:positionV>
                <wp:extent cx="15335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3525">
                              <a:moveTo>
                                <a:pt x="0" y="0"/>
                              </a:moveTo>
                              <a:lnTo>
                                <a:pt x="1533525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CC2A4" id="Graphic 1" o:spid="_x0000_s1026" style="position:absolute;margin-left:57.8pt;margin-top:13.7pt;width:120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3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/knEAIAAFsEAAAOAAAAZHJzL2Uyb0RvYy54bWysVMFu2zAMvQ/YPwi6L05SpOu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" path="m,l1533525,e" filled="f" strokeweight=".24053mm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11"/>
      </w:tblGrid>
      <w:tr w:rsidR="00A02C2A" w:rsidRPr="001537B7" w14:paraId="798FE799" w14:textId="77777777">
        <w:trPr>
          <w:trHeight w:val="255"/>
        </w:trPr>
        <w:tc>
          <w:tcPr>
            <w:tcW w:w="4626" w:type="dxa"/>
          </w:tcPr>
          <w:p w14:paraId="426B182D" w14:textId="77777777" w:rsidR="00A02C2A" w:rsidRPr="001537B7" w:rsidRDefault="00A02C2A">
            <w:pPr>
              <w:pStyle w:val="TableParagraph"/>
            </w:pPr>
            <w:r w:rsidRPr="001537B7">
              <w:t>Donor</w:t>
            </w:r>
            <w:r w:rsidRPr="001537B7">
              <w:rPr>
                <w:spacing w:val="12"/>
              </w:rPr>
              <w:t xml:space="preserve"> </w:t>
            </w:r>
            <w:r w:rsidRPr="001537B7">
              <w:t>/</w:t>
            </w:r>
            <w:r w:rsidRPr="001537B7">
              <w:rPr>
                <w:spacing w:val="-10"/>
              </w:rPr>
              <w:t xml:space="preserve"> </w:t>
            </w:r>
            <w:r w:rsidRPr="001537B7">
              <w:t>Organization</w:t>
            </w:r>
            <w:r w:rsidRPr="001537B7">
              <w:rPr>
                <w:spacing w:val="-9"/>
              </w:rPr>
              <w:t xml:space="preserve"> </w:t>
            </w:r>
            <w:r w:rsidRPr="001537B7">
              <w:t>Legal</w:t>
            </w:r>
            <w:r w:rsidRPr="001537B7">
              <w:rPr>
                <w:spacing w:val="-6"/>
              </w:rPr>
              <w:t xml:space="preserve"> </w:t>
            </w:r>
            <w:r w:rsidRPr="001537B7">
              <w:rPr>
                <w:spacing w:val="-4"/>
              </w:rPr>
              <w:t>Name:</w:t>
            </w:r>
          </w:p>
        </w:tc>
        <w:tc>
          <w:tcPr>
            <w:tcW w:w="4611" w:type="dxa"/>
          </w:tcPr>
          <w:p w14:paraId="218B56DC" w14:textId="77777777" w:rsidR="00A02C2A" w:rsidRPr="001537B7" w:rsidRDefault="00A02C2A">
            <w:pPr>
              <w:pStyle w:val="TableParagraph"/>
              <w:spacing w:line="240" w:lineRule="auto"/>
              <w:ind w:left="0"/>
            </w:pPr>
            <w:r w:rsidRPr="001537B7">
              <w:t xml:space="preserve">D/B/A (if applicable): </w:t>
            </w:r>
          </w:p>
        </w:tc>
      </w:tr>
      <w:tr w:rsidR="00A02C2A" w:rsidRPr="001537B7" w14:paraId="7C44B577" w14:textId="77777777">
        <w:trPr>
          <w:trHeight w:val="255"/>
        </w:trPr>
        <w:tc>
          <w:tcPr>
            <w:tcW w:w="4626" w:type="dxa"/>
          </w:tcPr>
          <w:p w14:paraId="20B4C2D5" w14:textId="77777777" w:rsidR="00A02C2A" w:rsidRPr="001537B7" w:rsidRDefault="00A02C2A">
            <w:pPr>
              <w:pStyle w:val="TableParagraph"/>
            </w:pPr>
            <w:r w:rsidRPr="001537B7">
              <w:t>Contact</w:t>
            </w:r>
            <w:r w:rsidRPr="001537B7">
              <w:rPr>
                <w:spacing w:val="-2"/>
              </w:rPr>
              <w:t xml:space="preserve"> </w:t>
            </w:r>
            <w:r w:rsidRPr="001537B7">
              <w:t>Person</w:t>
            </w:r>
            <w:r w:rsidRPr="001537B7">
              <w:rPr>
                <w:spacing w:val="-9"/>
              </w:rPr>
              <w:t xml:space="preserve"> </w:t>
            </w:r>
            <w:r w:rsidRPr="001537B7">
              <w:t>(if</w:t>
            </w:r>
            <w:r w:rsidRPr="001537B7">
              <w:rPr>
                <w:spacing w:val="6"/>
              </w:rPr>
              <w:t xml:space="preserve"> </w:t>
            </w:r>
            <w:r w:rsidRPr="001537B7">
              <w:rPr>
                <w:spacing w:val="-2"/>
              </w:rPr>
              <w:t>organization):</w:t>
            </w:r>
          </w:p>
        </w:tc>
        <w:tc>
          <w:tcPr>
            <w:tcW w:w="4611" w:type="dxa"/>
          </w:tcPr>
          <w:p w14:paraId="51A32EBC" w14:textId="77777777" w:rsidR="00A02C2A" w:rsidRPr="001537B7" w:rsidRDefault="00A02C2A">
            <w:pPr>
              <w:pStyle w:val="TableParagraph"/>
              <w:ind w:left="0"/>
            </w:pPr>
            <w:r w:rsidRPr="001537B7">
              <w:rPr>
                <w:spacing w:val="-2"/>
              </w:rPr>
              <w:t>Title:</w:t>
            </w:r>
          </w:p>
        </w:tc>
      </w:tr>
      <w:tr w:rsidR="00A02C2A" w:rsidRPr="001537B7" w14:paraId="05D43E30" w14:textId="77777777">
        <w:trPr>
          <w:trHeight w:val="240"/>
        </w:trPr>
        <w:tc>
          <w:tcPr>
            <w:tcW w:w="4626" w:type="dxa"/>
          </w:tcPr>
          <w:p w14:paraId="72F287E5" w14:textId="77777777" w:rsidR="00A02C2A" w:rsidRPr="001537B7" w:rsidRDefault="00A02C2A">
            <w:pPr>
              <w:pStyle w:val="TableParagraph"/>
              <w:spacing w:line="220" w:lineRule="exact"/>
            </w:pPr>
            <w:r w:rsidRPr="001537B7">
              <w:t>Mailing</w:t>
            </w:r>
            <w:r w:rsidRPr="001537B7">
              <w:rPr>
                <w:spacing w:val="-11"/>
              </w:rPr>
              <w:t xml:space="preserve"> </w:t>
            </w:r>
            <w:r w:rsidRPr="001537B7">
              <w:rPr>
                <w:spacing w:val="-2"/>
              </w:rPr>
              <w:t>Address:</w:t>
            </w:r>
          </w:p>
        </w:tc>
        <w:tc>
          <w:tcPr>
            <w:tcW w:w="4611" w:type="dxa"/>
          </w:tcPr>
          <w:p w14:paraId="5D544B29" w14:textId="77777777" w:rsidR="00A02C2A" w:rsidRPr="001537B7" w:rsidRDefault="00A02C2A">
            <w:pPr>
              <w:pStyle w:val="TableParagraph"/>
              <w:spacing w:line="240" w:lineRule="auto"/>
              <w:ind w:left="0"/>
            </w:pPr>
          </w:p>
        </w:tc>
      </w:tr>
      <w:tr w:rsidR="00A02C2A" w:rsidRPr="001537B7" w14:paraId="094B317E" w14:textId="77777777">
        <w:trPr>
          <w:trHeight w:val="255"/>
        </w:trPr>
        <w:tc>
          <w:tcPr>
            <w:tcW w:w="4626" w:type="dxa"/>
          </w:tcPr>
          <w:p w14:paraId="3A626632" w14:textId="77777777" w:rsidR="00A02C2A" w:rsidRPr="001537B7" w:rsidRDefault="00A02C2A">
            <w:pPr>
              <w:pStyle w:val="TableParagraph"/>
            </w:pPr>
            <w:r w:rsidRPr="001537B7">
              <w:t>City</w:t>
            </w:r>
            <w:r w:rsidRPr="001537B7">
              <w:rPr>
                <w:spacing w:val="-6"/>
              </w:rPr>
              <w:t xml:space="preserve"> </w:t>
            </w:r>
            <w:r w:rsidRPr="001537B7">
              <w:t>/</w:t>
            </w:r>
            <w:r w:rsidRPr="001537B7">
              <w:rPr>
                <w:spacing w:val="-6"/>
              </w:rPr>
              <w:t xml:space="preserve"> </w:t>
            </w:r>
            <w:r w:rsidRPr="001537B7">
              <w:t>State /</w:t>
            </w:r>
            <w:r w:rsidRPr="001537B7">
              <w:rPr>
                <w:spacing w:val="10"/>
              </w:rPr>
              <w:t xml:space="preserve"> </w:t>
            </w:r>
            <w:r w:rsidRPr="001537B7">
              <w:rPr>
                <w:spacing w:val="-4"/>
              </w:rPr>
              <w:t>ZIP:</w:t>
            </w:r>
          </w:p>
        </w:tc>
        <w:tc>
          <w:tcPr>
            <w:tcW w:w="4611" w:type="dxa"/>
          </w:tcPr>
          <w:p w14:paraId="6BF74CD3" w14:textId="77777777" w:rsidR="00A02C2A" w:rsidRPr="001537B7" w:rsidRDefault="00A02C2A">
            <w:pPr>
              <w:pStyle w:val="TableParagraph"/>
              <w:spacing w:line="240" w:lineRule="auto"/>
              <w:ind w:left="0"/>
            </w:pPr>
          </w:p>
        </w:tc>
      </w:tr>
      <w:tr w:rsidR="00A02C2A" w:rsidRPr="001537B7" w14:paraId="516B2450" w14:textId="77777777">
        <w:trPr>
          <w:trHeight w:val="252"/>
        </w:trPr>
        <w:tc>
          <w:tcPr>
            <w:tcW w:w="4626" w:type="dxa"/>
            <w:tcBorders>
              <w:bottom w:val="single" w:sz="8" w:space="0" w:color="000000"/>
            </w:tcBorders>
          </w:tcPr>
          <w:p w14:paraId="24B6658C" w14:textId="77777777" w:rsidR="00A02C2A" w:rsidRPr="001537B7" w:rsidRDefault="00A02C2A">
            <w:pPr>
              <w:pStyle w:val="TableParagraph"/>
              <w:spacing w:line="233" w:lineRule="exact"/>
            </w:pPr>
            <w:r w:rsidRPr="001537B7">
              <w:rPr>
                <w:spacing w:val="-2"/>
              </w:rPr>
              <w:t>Phone:</w:t>
            </w:r>
          </w:p>
        </w:tc>
        <w:tc>
          <w:tcPr>
            <w:tcW w:w="4611" w:type="dxa"/>
            <w:tcBorders>
              <w:bottom w:val="single" w:sz="8" w:space="0" w:color="000000"/>
            </w:tcBorders>
          </w:tcPr>
          <w:p w14:paraId="04627D3C" w14:textId="77777777" w:rsidR="00A02C2A" w:rsidRPr="001537B7" w:rsidRDefault="00A02C2A">
            <w:pPr>
              <w:pStyle w:val="TableParagraph"/>
              <w:spacing w:line="233" w:lineRule="exact"/>
            </w:pPr>
            <w:r w:rsidRPr="001537B7">
              <w:rPr>
                <w:spacing w:val="-2"/>
              </w:rPr>
              <w:t>Email:</w:t>
            </w:r>
          </w:p>
        </w:tc>
      </w:tr>
      <w:tr w:rsidR="00A02C2A" w:rsidRPr="001537B7" w14:paraId="436F6A23" w14:textId="77777777">
        <w:trPr>
          <w:trHeight w:val="237"/>
        </w:trPr>
        <w:tc>
          <w:tcPr>
            <w:tcW w:w="4626" w:type="dxa"/>
            <w:tcBorders>
              <w:top w:val="single" w:sz="8" w:space="0" w:color="000000"/>
            </w:tcBorders>
          </w:tcPr>
          <w:p w14:paraId="165CEFC6" w14:textId="77777777" w:rsidR="00A02C2A" w:rsidRPr="001537B7" w:rsidRDefault="00A02C2A">
            <w:pPr>
              <w:pStyle w:val="TableParagraph"/>
              <w:spacing w:line="218" w:lineRule="exact"/>
            </w:pPr>
            <w:r w:rsidRPr="001537B7">
              <w:t>Tax</w:t>
            </w:r>
            <w:r w:rsidRPr="001537B7">
              <w:rPr>
                <w:spacing w:val="-2"/>
              </w:rPr>
              <w:t xml:space="preserve"> </w:t>
            </w:r>
            <w:r w:rsidRPr="001537B7">
              <w:t>ID</w:t>
            </w:r>
            <w:r w:rsidRPr="001537B7">
              <w:rPr>
                <w:spacing w:val="6"/>
              </w:rPr>
              <w:t xml:space="preserve"> </w:t>
            </w:r>
            <w:r w:rsidRPr="001537B7">
              <w:t>/</w:t>
            </w:r>
            <w:r w:rsidRPr="001537B7">
              <w:rPr>
                <w:spacing w:val="-7"/>
              </w:rPr>
              <w:t xml:space="preserve"> </w:t>
            </w:r>
            <w:r w:rsidRPr="001537B7">
              <w:t>EIN</w:t>
            </w:r>
            <w:r w:rsidRPr="001537B7">
              <w:rPr>
                <w:spacing w:val="-2"/>
              </w:rPr>
              <w:t xml:space="preserve"> </w:t>
            </w:r>
            <w:r w:rsidRPr="001537B7">
              <w:t>(if</w:t>
            </w:r>
            <w:r w:rsidRPr="001537B7">
              <w:rPr>
                <w:spacing w:val="-4"/>
              </w:rPr>
              <w:t xml:space="preserve"> </w:t>
            </w:r>
            <w:r w:rsidRPr="001537B7">
              <w:rPr>
                <w:spacing w:val="-2"/>
              </w:rPr>
              <w:t>applicable):</w:t>
            </w:r>
          </w:p>
        </w:tc>
        <w:tc>
          <w:tcPr>
            <w:tcW w:w="4611" w:type="dxa"/>
            <w:tcBorders>
              <w:top w:val="single" w:sz="8" w:space="0" w:color="000000"/>
            </w:tcBorders>
          </w:tcPr>
          <w:p w14:paraId="06674930" w14:textId="77777777" w:rsidR="00A02C2A" w:rsidRPr="001537B7" w:rsidRDefault="00A02C2A">
            <w:pPr>
              <w:pStyle w:val="TableParagraph"/>
              <w:spacing w:line="240" w:lineRule="auto"/>
              <w:ind w:left="0"/>
            </w:pPr>
          </w:p>
        </w:tc>
      </w:tr>
    </w:tbl>
    <w:p w14:paraId="2447A74B" w14:textId="77777777" w:rsidR="00A02C2A" w:rsidRPr="001537B7" w:rsidRDefault="00A02C2A" w:rsidP="00A02C2A">
      <w:pPr>
        <w:pStyle w:val="BodyText"/>
        <w:spacing w:before="216"/>
        <w:rPr>
          <w:rFonts w:ascii="Calibri" w:hAnsi="Calibri" w:cs="Calibri"/>
        </w:rPr>
      </w:pPr>
    </w:p>
    <w:p w14:paraId="6BE9B545" w14:textId="77777777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ind w:left="374" w:hanging="298"/>
        <w:rPr>
          <w:rFonts w:ascii="Calibri" w:hAnsi="Calibri" w:cs="Calibri"/>
        </w:rPr>
      </w:pPr>
      <w:r w:rsidRPr="001537B7">
        <w:rPr>
          <w:rFonts w:ascii="Calibri" w:hAnsi="Calibri" w:cs="Calibri"/>
        </w:rPr>
        <w:t>DESCRIPTION</w:t>
      </w:r>
      <w:r w:rsidRPr="001537B7">
        <w:rPr>
          <w:rFonts w:ascii="Calibri" w:hAnsi="Calibri" w:cs="Calibri"/>
          <w:spacing w:val="25"/>
        </w:rPr>
        <w:t xml:space="preserve"> </w:t>
      </w:r>
      <w:r w:rsidRPr="001537B7">
        <w:rPr>
          <w:rFonts w:ascii="Calibri" w:hAnsi="Calibri" w:cs="Calibri"/>
        </w:rPr>
        <w:t>OF</w:t>
      </w:r>
      <w:r w:rsidRPr="001537B7">
        <w:rPr>
          <w:rFonts w:ascii="Calibri" w:hAnsi="Calibri" w:cs="Calibri"/>
          <w:spacing w:val="11"/>
        </w:rPr>
        <w:t xml:space="preserve"> </w:t>
      </w:r>
      <w:r w:rsidRPr="001537B7">
        <w:rPr>
          <w:rFonts w:ascii="Calibri" w:hAnsi="Calibri" w:cs="Calibri"/>
        </w:rPr>
        <w:t>PROPOSED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  <w:spacing w:val="-4"/>
        </w:rPr>
        <w:t>GIFT</w:t>
      </w:r>
    </w:p>
    <w:p w14:paraId="7FDC0DC6" w14:textId="77777777" w:rsidR="00A02C2A" w:rsidRPr="00B10CF4" w:rsidRDefault="00A02C2A" w:rsidP="00A02C2A">
      <w:pPr>
        <w:pStyle w:val="Heading4"/>
        <w:spacing w:before="231"/>
        <w:rPr>
          <w:rFonts w:ascii="Calibri" w:eastAsiaTheme="minorEastAsia" w:hAnsi="Calibri" w:cs="Calibri"/>
          <w:i w:val="0"/>
          <w:iCs w:val="0"/>
          <w:color w:val="auto"/>
        </w:rPr>
      </w:pPr>
      <w:r w:rsidRPr="00B10CF4">
        <w:rPr>
          <w:rFonts w:ascii="Calibri" w:eastAsiaTheme="minorEastAsia" w:hAnsi="Calibri" w:cs="Calibri"/>
          <w:i w:val="0"/>
          <w:iCs w:val="0"/>
          <w:color w:val="auto"/>
        </w:rPr>
        <w:t>Type of Gift (check all that apply):</w:t>
      </w:r>
    </w:p>
    <w:p w14:paraId="380972EB" w14:textId="77777777" w:rsidR="00A02C2A" w:rsidRPr="001537B7" w:rsidRDefault="00A02C2A" w:rsidP="00EA0A1A">
      <w:pPr>
        <w:pStyle w:val="ListParagraph"/>
        <w:widowControl w:val="0"/>
        <w:numPr>
          <w:ilvl w:val="1"/>
          <w:numId w:val="78"/>
        </w:numPr>
        <w:tabs>
          <w:tab w:val="left" w:pos="300"/>
          <w:tab w:val="left" w:pos="2118"/>
          <w:tab w:val="left" w:pos="3890"/>
          <w:tab w:val="left" w:pos="6023"/>
          <w:tab w:val="left" w:pos="7254"/>
          <w:tab w:val="left" w:pos="9342"/>
        </w:tabs>
        <w:autoSpaceDE w:val="0"/>
        <w:autoSpaceDN w:val="0"/>
        <w:spacing w:before="243" w:after="0"/>
        <w:ind w:left="300" w:hanging="224"/>
        <w:contextualSpacing w:val="0"/>
        <w:rPr>
          <w:rFonts w:ascii="Calibri" w:hAnsi="Calibri" w:cs="Calibri"/>
        </w:rPr>
      </w:pPr>
      <w:r w:rsidRPr="001537B7">
        <w:rPr>
          <w:rFonts w:ascii="Calibri" w:hAnsi="Calibri" w:cs="Calibri"/>
        </w:rPr>
        <w:t>Cash</w:t>
      </w:r>
      <w:r w:rsidRPr="001537B7">
        <w:rPr>
          <w:rFonts w:ascii="Calibri" w:hAnsi="Calibri" w:cs="Calibri"/>
          <w:spacing w:val="1"/>
        </w:rPr>
        <w:t xml:space="preserve"> </w:t>
      </w:r>
      <w:r w:rsidRPr="001537B7">
        <w:rPr>
          <w:rFonts w:ascii="Calibri" w:hAnsi="Calibri" w:cs="Calibri"/>
        </w:rPr>
        <w:t xml:space="preserve">/ </w:t>
      </w:r>
      <w:r w:rsidRPr="001537B7">
        <w:rPr>
          <w:rFonts w:ascii="Calibri" w:hAnsi="Calibri" w:cs="Calibri"/>
          <w:spacing w:val="-2"/>
        </w:rPr>
        <w:t>Monetary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Real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  <w:spacing w:val="-2"/>
        </w:rPr>
        <w:t>Property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7"/>
        </w:rPr>
        <w:t xml:space="preserve"> </w:t>
      </w:r>
      <w:r w:rsidRPr="001537B7">
        <w:rPr>
          <w:rFonts w:ascii="Calibri" w:hAnsi="Calibri" w:cs="Calibri"/>
        </w:rPr>
        <w:t>Personal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  <w:spacing w:val="-2"/>
        </w:rPr>
        <w:t>Property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</w:rPr>
        <w:t xml:space="preserve"> </w:t>
      </w:r>
      <w:r w:rsidRPr="001537B7">
        <w:rPr>
          <w:rFonts w:ascii="Calibri" w:hAnsi="Calibri" w:cs="Calibri"/>
          <w:spacing w:val="-2"/>
        </w:rPr>
        <w:t>Vehicle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Securities /</w:t>
      </w:r>
      <w:r w:rsidRPr="001537B7">
        <w:rPr>
          <w:rFonts w:ascii="Calibri" w:hAnsi="Calibri" w:cs="Calibri"/>
          <w:spacing w:val="1"/>
        </w:rPr>
        <w:t xml:space="preserve"> </w:t>
      </w:r>
      <w:r w:rsidRPr="001537B7">
        <w:rPr>
          <w:rFonts w:ascii="Calibri" w:hAnsi="Calibri" w:cs="Calibri"/>
          <w:spacing w:val="-2"/>
        </w:rPr>
        <w:t>Stock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  <w:spacing w:val="-10"/>
        </w:rPr>
        <w:t>☐</w:t>
      </w:r>
    </w:p>
    <w:p w14:paraId="5D8A834D" w14:textId="77777777" w:rsidR="00A02C2A" w:rsidRPr="001537B7" w:rsidRDefault="00A02C2A" w:rsidP="00A02C2A">
      <w:pPr>
        <w:pStyle w:val="BodyText"/>
        <w:tabs>
          <w:tab w:val="left" w:pos="1157"/>
          <w:tab w:val="left" w:pos="3598"/>
        </w:tabs>
        <w:spacing w:before="47"/>
        <w:ind w:left="76"/>
        <w:rPr>
          <w:rFonts w:ascii="Calibri" w:hAnsi="Calibri" w:cs="Calibri"/>
        </w:rPr>
      </w:pPr>
      <w:r w:rsidRPr="001537B7">
        <w:rPr>
          <w:rFonts w:ascii="Calibri" w:hAnsi="Calibri" w:cs="Calibri"/>
          <w:spacing w:val="-2"/>
        </w:rPr>
        <w:t>Services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 xml:space="preserve">Other: </w:t>
      </w:r>
      <w:r w:rsidRPr="001537B7">
        <w:rPr>
          <w:rFonts w:ascii="Calibri" w:hAnsi="Calibri" w:cs="Calibri"/>
          <w:u w:val="single"/>
        </w:rPr>
        <w:tab/>
      </w:r>
    </w:p>
    <w:p w14:paraId="25DC0A53" w14:textId="77777777" w:rsidR="00A02C2A" w:rsidRPr="001537B7" w:rsidRDefault="00A02C2A" w:rsidP="00A02C2A">
      <w:pPr>
        <w:spacing w:before="239"/>
        <w:ind w:left="76"/>
        <w:rPr>
          <w:rFonts w:ascii="Calibri" w:hAnsi="Calibri" w:cs="Calibri"/>
        </w:rPr>
      </w:pPr>
      <w:r w:rsidRPr="001537B7">
        <w:rPr>
          <w:rFonts w:ascii="Calibri" w:hAnsi="Calibri" w:cs="Calibri"/>
          <w:b/>
        </w:rPr>
        <w:t>Description</w:t>
      </w:r>
      <w:r w:rsidRPr="001537B7">
        <w:rPr>
          <w:rFonts w:ascii="Calibri" w:hAnsi="Calibri" w:cs="Calibri"/>
          <w:b/>
          <w:spacing w:val="1"/>
        </w:rPr>
        <w:t xml:space="preserve"> </w:t>
      </w:r>
      <w:r w:rsidRPr="001537B7">
        <w:rPr>
          <w:rFonts w:ascii="Calibri" w:hAnsi="Calibri" w:cs="Calibri"/>
          <w:b/>
        </w:rPr>
        <w:t>of</w:t>
      </w:r>
      <w:r w:rsidRPr="001537B7">
        <w:rPr>
          <w:rFonts w:ascii="Calibri" w:hAnsi="Calibri" w:cs="Calibri"/>
          <w:b/>
          <w:spacing w:val="-10"/>
        </w:rPr>
        <w:t xml:space="preserve"> </w:t>
      </w:r>
      <w:r w:rsidRPr="001537B7">
        <w:rPr>
          <w:rFonts w:ascii="Calibri" w:hAnsi="Calibri" w:cs="Calibri"/>
          <w:b/>
        </w:rPr>
        <w:t>Gift:</w:t>
      </w:r>
      <w:r w:rsidRPr="001537B7">
        <w:rPr>
          <w:rFonts w:ascii="Calibri" w:hAnsi="Calibri" w:cs="Calibri"/>
          <w:b/>
          <w:spacing w:val="3"/>
        </w:rPr>
        <w:t xml:space="preserve"> </w:t>
      </w:r>
      <w:r w:rsidRPr="001537B7">
        <w:rPr>
          <w:rFonts w:ascii="Calibri" w:hAnsi="Calibri" w:cs="Calibri"/>
        </w:rPr>
        <w:t>(attach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additional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pages</w:t>
      </w:r>
      <w:r w:rsidRPr="001537B7">
        <w:rPr>
          <w:rFonts w:ascii="Calibri" w:hAnsi="Calibri" w:cs="Calibri"/>
          <w:spacing w:val="4"/>
        </w:rPr>
        <w:t xml:space="preserve"> </w:t>
      </w:r>
      <w:r w:rsidRPr="001537B7">
        <w:rPr>
          <w:rFonts w:ascii="Calibri" w:hAnsi="Calibri" w:cs="Calibri"/>
        </w:rPr>
        <w:t>if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  <w:spacing w:val="-2"/>
        </w:rPr>
        <w:t>needed)</w:t>
      </w:r>
    </w:p>
    <w:p w14:paraId="0584D478" w14:textId="77777777" w:rsidR="00A02C2A" w:rsidRPr="001537B7" w:rsidRDefault="00A02C2A" w:rsidP="00A02C2A">
      <w:pPr>
        <w:pStyle w:val="BodyText"/>
        <w:spacing w:before="202"/>
        <w:rPr>
          <w:rFonts w:ascii="Calibri" w:hAnsi="Calibri" w:cs="Calibri"/>
        </w:rPr>
      </w:pP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02245BED" wp14:editId="47E73723">
                <wp:simplePos x="0" y="0"/>
                <wp:positionH relativeFrom="page">
                  <wp:posOffset>734377</wp:posOffset>
                </wp:positionH>
                <wp:positionV relativeFrom="paragraph">
                  <wp:posOffset>298678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911E7" id="Graphic 2" o:spid="_x0000_s1026" style="position:absolute;margin-left:57.8pt;margin-top:23.5pt;width:462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Qe7H19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C3B21B9" wp14:editId="53895ED1">
                <wp:simplePos x="0" y="0"/>
                <wp:positionH relativeFrom="page">
                  <wp:posOffset>734377</wp:posOffset>
                </wp:positionH>
                <wp:positionV relativeFrom="paragraph">
                  <wp:posOffset>613384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75340" id="Graphic 3" o:spid="_x0000_s1026" style="position:absolute;margin-left:57.8pt;margin-top:48.3pt;width:462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xbcp6N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580762FF" wp14:editId="2E6DC022">
                <wp:simplePos x="0" y="0"/>
                <wp:positionH relativeFrom="page">
                  <wp:posOffset>734377</wp:posOffset>
                </wp:positionH>
                <wp:positionV relativeFrom="paragraph">
                  <wp:posOffset>927963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D0388" id="Graphic 4" o:spid="_x0000_s1026" style="position:absolute;margin-left:57.8pt;margin-top:73.05pt;width:462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</w:p>
    <w:p w14:paraId="53D7A98D" w14:textId="77777777" w:rsidR="00A02C2A" w:rsidRPr="001537B7" w:rsidRDefault="00A02C2A" w:rsidP="00A02C2A">
      <w:pPr>
        <w:pStyle w:val="BodyText"/>
        <w:spacing w:before="220"/>
        <w:rPr>
          <w:rFonts w:ascii="Calibri" w:hAnsi="Calibri" w:cs="Calibri"/>
        </w:rPr>
      </w:pPr>
    </w:p>
    <w:p w14:paraId="13907BA3" w14:textId="77777777" w:rsidR="00A02C2A" w:rsidRPr="001537B7" w:rsidRDefault="00A02C2A" w:rsidP="00A02C2A">
      <w:pPr>
        <w:pStyle w:val="BodyText"/>
        <w:spacing w:before="18"/>
        <w:rPr>
          <w:rFonts w:ascii="Calibri" w:hAnsi="Calibri" w:cs="Calibri"/>
        </w:rPr>
      </w:pP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11"/>
      </w:tblGrid>
      <w:tr w:rsidR="00A02C2A" w:rsidRPr="001537B7" w14:paraId="2DEEE688" w14:textId="77777777">
        <w:trPr>
          <w:trHeight w:val="240"/>
        </w:trPr>
        <w:tc>
          <w:tcPr>
            <w:tcW w:w="4626" w:type="dxa"/>
          </w:tcPr>
          <w:p w14:paraId="28E3E7E5" w14:textId="77777777" w:rsidR="00A02C2A" w:rsidRPr="001537B7" w:rsidRDefault="00A02C2A">
            <w:pPr>
              <w:pStyle w:val="TableParagraph"/>
              <w:spacing w:line="220" w:lineRule="exact"/>
            </w:pPr>
            <w:r w:rsidRPr="001537B7">
              <w:t>Estimated</w:t>
            </w:r>
            <w:r w:rsidRPr="001537B7">
              <w:rPr>
                <w:spacing w:val="-9"/>
              </w:rPr>
              <w:t xml:space="preserve"> </w:t>
            </w:r>
            <w:r w:rsidRPr="001537B7">
              <w:t>Fair</w:t>
            </w:r>
            <w:r w:rsidRPr="001537B7">
              <w:rPr>
                <w:spacing w:val="-1"/>
              </w:rPr>
              <w:t xml:space="preserve"> </w:t>
            </w:r>
            <w:r w:rsidRPr="001537B7">
              <w:t>Market</w:t>
            </w:r>
            <w:r w:rsidRPr="001537B7">
              <w:rPr>
                <w:spacing w:val="2"/>
              </w:rPr>
              <w:t xml:space="preserve"> </w:t>
            </w:r>
            <w:r w:rsidRPr="001537B7">
              <w:t>Value:</w:t>
            </w:r>
            <w:r w:rsidRPr="001537B7">
              <w:rPr>
                <w:spacing w:val="1"/>
              </w:rPr>
              <w:t xml:space="preserve"> </w:t>
            </w:r>
            <w:r w:rsidRPr="001537B7">
              <w:rPr>
                <w:spacing w:val="-10"/>
              </w:rPr>
              <w:t>$</w:t>
            </w:r>
          </w:p>
        </w:tc>
        <w:tc>
          <w:tcPr>
            <w:tcW w:w="4611" w:type="dxa"/>
          </w:tcPr>
          <w:p w14:paraId="4A440133" w14:textId="77777777" w:rsidR="00A02C2A" w:rsidRPr="001537B7" w:rsidRDefault="00A02C2A">
            <w:pPr>
              <w:pStyle w:val="TableParagraph"/>
              <w:spacing w:line="220" w:lineRule="exact"/>
            </w:pPr>
            <w:r w:rsidRPr="001537B7">
              <w:t>Basis</w:t>
            </w:r>
            <w:r w:rsidRPr="001537B7">
              <w:rPr>
                <w:spacing w:val="5"/>
              </w:rPr>
              <w:t xml:space="preserve"> </w:t>
            </w:r>
            <w:r w:rsidRPr="001537B7">
              <w:t>for Value</w:t>
            </w:r>
            <w:r w:rsidRPr="001537B7">
              <w:rPr>
                <w:spacing w:val="-2"/>
              </w:rPr>
              <w:t xml:space="preserve"> </w:t>
            </w:r>
            <w:r w:rsidRPr="001537B7">
              <w:t>(</w:t>
            </w:r>
            <w:r w:rsidRPr="001537B7">
              <w:rPr>
                <w:i/>
                <w:iCs/>
              </w:rPr>
              <w:t>e.g.,</w:t>
            </w:r>
            <w:r w:rsidRPr="001537B7">
              <w:rPr>
                <w:spacing w:val="5"/>
              </w:rPr>
              <w:t xml:space="preserve"> </w:t>
            </w:r>
            <w:r w:rsidRPr="001537B7">
              <w:t>appraisal,</w:t>
            </w:r>
            <w:r w:rsidRPr="001537B7">
              <w:rPr>
                <w:spacing w:val="5"/>
              </w:rPr>
              <w:t xml:space="preserve"> </w:t>
            </w:r>
            <w:r w:rsidRPr="001537B7">
              <w:t>receipt,</w:t>
            </w:r>
            <w:r w:rsidRPr="001537B7">
              <w:rPr>
                <w:spacing w:val="5"/>
              </w:rPr>
              <w:t xml:space="preserve"> </w:t>
            </w:r>
            <w:r w:rsidRPr="001537B7">
              <w:rPr>
                <w:spacing w:val="-2"/>
              </w:rPr>
              <w:t>quote):</w:t>
            </w:r>
          </w:p>
        </w:tc>
      </w:tr>
      <w:tr w:rsidR="00A02C2A" w:rsidRPr="001537B7" w14:paraId="791DA2A5" w14:textId="77777777">
        <w:trPr>
          <w:trHeight w:val="255"/>
        </w:trPr>
        <w:tc>
          <w:tcPr>
            <w:tcW w:w="4626" w:type="dxa"/>
          </w:tcPr>
          <w:p w14:paraId="410EC38D" w14:textId="77777777" w:rsidR="00A02C2A" w:rsidRPr="001537B7" w:rsidRDefault="00A02C2A">
            <w:pPr>
              <w:pStyle w:val="TableParagraph"/>
            </w:pPr>
            <w:r w:rsidRPr="001537B7">
              <w:t>Proposed</w:t>
            </w:r>
            <w:r w:rsidRPr="001537B7">
              <w:rPr>
                <w:spacing w:val="3"/>
              </w:rPr>
              <w:t xml:space="preserve"> </w:t>
            </w:r>
            <w:r w:rsidRPr="001537B7">
              <w:t>Date</w:t>
            </w:r>
            <w:r w:rsidRPr="001537B7">
              <w:rPr>
                <w:spacing w:val="-5"/>
              </w:rPr>
              <w:t xml:space="preserve"> </w:t>
            </w:r>
            <w:r w:rsidRPr="001537B7">
              <w:t>of</w:t>
            </w:r>
            <w:r w:rsidRPr="001537B7">
              <w:rPr>
                <w:spacing w:val="-9"/>
              </w:rPr>
              <w:t xml:space="preserve"> </w:t>
            </w:r>
            <w:r w:rsidRPr="001537B7">
              <w:rPr>
                <w:spacing w:val="-2"/>
              </w:rPr>
              <w:t>Transfer:</w:t>
            </w:r>
          </w:p>
        </w:tc>
        <w:tc>
          <w:tcPr>
            <w:tcW w:w="4611" w:type="dxa"/>
          </w:tcPr>
          <w:p w14:paraId="6E70D163" w14:textId="77777777" w:rsidR="00A02C2A" w:rsidRPr="001537B7" w:rsidRDefault="00A02C2A">
            <w:pPr>
              <w:pStyle w:val="TableParagraph"/>
            </w:pPr>
            <w:r w:rsidRPr="001537B7">
              <w:t>Receiving</w:t>
            </w:r>
            <w:r w:rsidRPr="001537B7">
              <w:rPr>
                <w:spacing w:val="-1"/>
              </w:rPr>
              <w:t xml:space="preserve"> </w:t>
            </w:r>
            <w:r w:rsidRPr="001537B7">
              <w:t>City</w:t>
            </w:r>
            <w:r w:rsidRPr="001537B7">
              <w:rPr>
                <w:spacing w:val="-11"/>
              </w:rPr>
              <w:t xml:space="preserve"> </w:t>
            </w:r>
            <w:r w:rsidRPr="001537B7">
              <w:t>Department</w:t>
            </w:r>
            <w:r w:rsidRPr="001537B7">
              <w:rPr>
                <w:spacing w:val="-2"/>
              </w:rPr>
              <w:t xml:space="preserve"> </w:t>
            </w:r>
            <w:r w:rsidRPr="001537B7">
              <w:t>(if</w:t>
            </w:r>
            <w:r w:rsidRPr="001537B7">
              <w:rPr>
                <w:spacing w:val="4"/>
              </w:rPr>
              <w:t xml:space="preserve"> </w:t>
            </w:r>
            <w:r w:rsidRPr="001537B7">
              <w:rPr>
                <w:spacing w:val="-2"/>
              </w:rPr>
              <w:t>known):</w:t>
            </w:r>
          </w:p>
        </w:tc>
      </w:tr>
    </w:tbl>
    <w:p w14:paraId="6801E408" w14:textId="2559B0D6" w:rsidR="00A02C2A" w:rsidRPr="00665BAC" w:rsidRDefault="00A02C2A" w:rsidP="00665BAC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ind w:left="374" w:hanging="298"/>
        <w:rPr>
          <w:rFonts w:ascii="Calibri" w:hAnsi="Calibri" w:cs="Calibri"/>
        </w:rPr>
      </w:pPr>
      <w:r w:rsidRPr="00665BAC">
        <w:rPr>
          <w:rFonts w:ascii="Calibri" w:hAnsi="Calibri" w:cs="Calibri"/>
        </w:rPr>
        <w:lastRenderedPageBreak/>
        <w:t>PURPOSE</w:t>
      </w:r>
      <w:r w:rsidRPr="00665BAC">
        <w:rPr>
          <w:rFonts w:ascii="Calibri" w:hAnsi="Calibri" w:cs="Calibri"/>
          <w:spacing w:val="13"/>
        </w:rPr>
        <w:t xml:space="preserve"> </w:t>
      </w:r>
      <w:r w:rsidRPr="00665BAC">
        <w:rPr>
          <w:rFonts w:ascii="Calibri" w:hAnsi="Calibri" w:cs="Calibri"/>
        </w:rPr>
        <w:t>OF</w:t>
      </w:r>
      <w:r w:rsidRPr="00665BAC">
        <w:rPr>
          <w:rFonts w:ascii="Calibri" w:hAnsi="Calibri" w:cs="Calibri"/>
          <w:spacing w:val="7"/>
        </w:rPr>
        <w:t xml:space="preserve"> </w:t>
      </w:r>
      <w:r w:rsidRPr="00665BAC">
        <w:rPr>
          <w:rFonts w:ascii="Calibri" w:hAnsi="Calibri" w:cs="Calibri"/>
          <w:spacing w:val="-4"/>
        </w:rPr>
        <w:t>GIFT</w:t>
      </w:r>
    </w:p>
    <w:p w14:paraId="2B95F534" w14:textId="77777777" w:rsidR="00A02C2A" w:rsidRPr="001537B7" w:rsidRDefault="00A02C2A" w:rsidP="00EA0A1A">
      <w:pPr>
        <w:pStyle w:val="ListParagraph"/>
        <w:widowControl w:val="0"/>
        <w:numPr>
          <w:ilvl w:val="1"/>
          <w:numId w:val="78"/>
        </w:numPr>
        <w:tabs>
          <w:tab w:val="left" w:pos="345"/>
        </w:tabs>
        <w:autoSpaceDE w:val="0"/>
        <w:autoSpaceDN w:val="0"/>
        <w:spacing w:before="234" w:after="0"/>
        <w:ind w:left="345" w:hanging="269"/>
        <w:contextualSpacing w:val="0"/>
        <w:rPr>
          <w:rFonts w:ascii="Calibri" w:hAnsi="Calibri" w:cs="Calibri"/>
        </w:rPr>
      </w:pPr>
      <w:r w:rsidRPr="001537B7">
        <w:rPr>
          <w:rFonts w:ascii="Calibri" w:hAnsi="Calibri" w:cs="Calibri"/>
          <w:b/>
        </w:rPr>
        <w:t>Unrestricted</w:t>
      </w:r>
      <w:r w:rsidRPr="001537B7">
        <w:rPr>
          <w:rFonts w:ascii="Calibri" w:hAnsi="Calibri" w:cs="Calibri"/>
          <w:b/>
          <w:spacing w:val="-3"/>
        </w:rPr>
        <w:t xml:space="preserve"> </w:t>
      </w:r>
      <w:r w:rsidRPr="001537B7">
        <w:rPr>
          <w:rFonts w:ascii="Calibri" w:hAnsi="Calibri" w:cs="Calibri"/>
          <w:b/>
        </w:rPr>
        <w:t>Gift</w:t>
      </w:r>
      <w:r w:rsidRPr="001537B7">
        <w:rPr>
          <w:rFonts w:ascii="Calibri" w:hAnsi="Calibri" w:cs="Calibri"/>
          <w:b/>
          <w:spacing w:val="-2"/>
        </w:rPr>
        <w:t xml:space="preserve"> </w:t>
      </w:r>
      <w:r w:rsidRPr="001537B7">
        <w:rPr>
          <w:rFonts w:ascii="Calibri" w:hAnsi="Calibri" w:cs="Calibri"/>
        </w:rPr>
        <w:t>—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This</w:t>
      </w:r>
      <w:r w:rsidRPr="001537B7">
        <w:rPr>
          <w:rFonts w:ascii="Calibri" w:hAnsi="Calibri" w:cs="Calibri"/>
          <w:spacing w:val="1"/>
        </w:rPr>
        <w:t xml:space="preserve"> </w:t>
      </w:r>
      <w:r w:rsidRPr="001537B7">
        <w:rPr>
          <w:rFonts w:ascii="Calibri" w:hAnsi="Calibri" w:cs="Calibri"/>
        </w:rPr>
        <w:t>gift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may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be</w:t>
      </w:r>
      <w:r w:rsidRPr="001537B7">
        <w:rPr>
          <w:rFonts w:ascii="Calibri" w:hAnsi="Calibri" w:cs="Calibri"/>
          <w:spacing w:val="7"/>
        </w:rPr>
        <w:t xml:space="preserve"> </w:t>
      </w:r>
      <w:r w:rsidRPr="001537B7">
        <w:rPr>
          <w:rFonts w:ascii="Calibri" w:hAnsi="Calibri" w:cs="Calibri"/>
        </w:rPr>
        <w:t>used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by</w:t>
      </w:r>
      <w:r w:rsidRPr="001537B7">
        <w:rPr>
          <w:rFonts w:ascii="Calibri" w:hAnsi="Calibri" w:cs="Calibri"/>
          <w:spacing w:val="3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for</w:t>
      </w:r>
      <w:r w:rsidRPr="001537B7">
        <w:rPr>
          <w:rFonts w:ascii="Calibri" w:hAnsi="Calibri" w:cs="Calibri"/>
          <w:spacing w:val="8"/>
        </w:rPr>
        <w:t xml:space="preserve"> </w:t>
      </w:r>
      <w:r w:rsidRPr="001537B7">
        <w:rPr>
          <w:rFonts w:ascii="Calibri" w:hAnsi="Calibri" w:cs="Calibri"/>
        </w:rPr>
        <w:t>any</w:t>
      </w:r>
      <w:r w:rsidRPr="001537B7">
        <w:rPr>
          <w:rFonts w:ascii="Calibri" w:hAnsi="Calibri" w:cs="Calibri"/>
          <w:spacing w:val="2"/>
        </w:rPr>
        <w:t xml:space="preserve"> </w:t>
      </w:r>
      <w:r w:rsidRPr="001537B7">
        <w:rPr>
          <w:rFonts w:ascii="Calibri" w:hAnsi="Calibri" w:cs="Calibri"/>
        </w:rPr>
        <w:t>legitimate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public</w:t>
      </w:r>
      <w:r w:rsidRPr="001537B7">
        <w:rPr>
          <w:rFonts w:ascii="Calibri" w:hAnsi="Calibri" w:cs="Calibri"/>
          <w:spacing w:val="8"/>
        </w:rPr>
        <w:t xml:space="preserve"> </w:t>
      </w:r>
      <w:r w:rsidRPr="001537B7">
        <w:rPr>
          <w:rFonts w:ascii="Calibri" w:hAnsi="Calibri" w:cs="Calibri"/>
          <w:spacing w:val="-2"/>
        </w:rPr>
        <w:t>purpose.</w:t>
      </w:r>
    </w:p>
    <w:p w14:paraId="6593A7F5" w14:textId="77777777" w:rsidR="00A02C2A" w:rsidRPr="001537B7" w:rsidRDefault="00A02C2A" w:rsidP="00EA0A1A">
      <w:pPr>
        <w:pStyle w:val="ListParagraph"/>
        <w:widowControl w:val="0"/>
        <w:numPr>
          <w:ilvl w:val="1"/>
          <w:numId w:val="78"/>
        </w:numPr>
        <w:tabs>
          <w:tab w:val="left" w:pos="345"/>
        </w:tabs>
        <w:autoSpaceDE w:val="0"/>
        <w:autoSpaceDN w:val="0"/>
        <w:spacing w:after="0" w:line="271" w:lineRule="auto"/>
        <w:ind w:left="76" w:right="288" w:firstLine="0"/>
        <w:contextualSpacing w:val="0"/>
        <w:rPr>
          <w:rFonts w:ascii="Calibri" w:hAnsi="Calibri" w:cs="Calibri"/>
        </w:rPr>
      </w:pPr>
      <w:r w:rsidRPr="001537B7">
        <w:rPr>
          <w:rFonts w:ascii="Calibri" w:hAnsi="Calibri" w:cs="Calibri"/>
          <w:b/>
        </w:rPr>
        <w:t>Restricted</w:t>
      </w:r>
      <w:r w:rsidRPr="001537B7">
        <w:rPr>
          <w:rFonts w:ascii="Calibri" w:hAnsi="Calibri" w:cs="Calibri"/>
          <w:b/>
          <w:spacing w:val="-5"/>
        </w:rPr>
        <w:t xml:space="preserve"> </w:t>
      </w:r>
      <w:r w:rsidRPr="001537B7">
        <w:rPr>
          <w:rFonts w:ascii="Calibri" w:hAnsi="Calibri" w:cs="Calibri"/>
          <w:b/>
        </w:rPr>
        <w:t>Gift</w:t>
      </w:r>
      <w:r w:rsidRPr="001537B7">
        <w:rPr>
          <w:rFonts w:ascii="Calibri" w:hAnsi="Calibri" w:cs="Calibri"/>
          <w:b/>
          <w:spacing w:val="-5"/>
        </w:rPr>
        <w:t xml:space="preserve"> </w:t>
      </w:r>
      <w:r w:rsidRPr="001537B7">
        <w:rPr>
          <w:rFonts w:ascii="Calibri" w:hAnsi="Calibri" w:cs="Calibri"/>
        </w:rPr>
        <w:t>—</w:t>
      </w:r>
      <w:r w:rsidRPr="001537B7">
        <w:rPr>
          <w:rFonts w:ascii="Calibri" w:hAnsi="Calibri" w:cs="Calibri"/>
          <w:spacing w:val="-5"/>
        </w:rPr>
        <w:t xml:space="preserve"> </w:t>
      </w:r>
      <w:r w:rsidRPr="001537B7">
        <w:rPr>
          <w:rFonts w:ascii="Calibri" w:hAnsi="Calibri" w:cs="Calibri"/>
        </w:rPr>
        <w:t>This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gift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is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designated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for the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following</w:t>
      </w:r>
      <w:r w:rsidRPr="001537B7">
        <w:rPr>
          <w:rFonts w:ascii="Calibri" w:hAnsi="Calibri" w:cs="Calibri"/>
          <w:spacing w:val="21"/>
        </w:rPr>
        <w:t xml:space="preserve"> </w:t>
      </w:r>
      <w:r w:rsidRPr="001537B7">
        <w:rPr>
          <w:rFonts w:ascii="Calibri" w:hAnsi="Calibri" w:cs="Calibri"/>
        </w:rPr>
        <w:t>specific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</w:rPr>
        <w:t>department,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program,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or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</w:rPr>
        <w:t>purpose. (Note: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the City's Gift Acceptance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policy does</w:t>
      </w:r>
      <w:r w:rsidRPr="001537B7">
        <w:rPr>
          <w:rFonts w:ascii="Calibri" w:hAnsi="Calibri" w:cs="Calibri"/>
          <w:spacing w:val="19"/>
        </w:rPr>
        <w:t xml:space="preserve"> </w:t>
      </w:r>
      <w:r w:rsidRPr="001537B7">
        <w:rPr>
          <w:rFonts w:ascii="Calibri" w:hAnsi="Calibri" w:cs="Calibri"/>
        </w:rPr>
        <w:t>not permit a donor to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designate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specific City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official or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employee</w:t>
      </w:r>
      <w:r w:rsidRPr="001537B7">
        <w:rPr>
          <w:rFonts w:ascii="Calibri" w:hAnsi="Calibri" w:cs="Calibri"/>
          <w:spacing w:val="26"/>
        </w:rPr>
        <w:t xml:space="preserve"> </w:t>
      </w:r>
      <w:r w:rsidRPr="001537B7">
        <w:rPr>
          <w:rFonts w:ascii="Calibri" w:hAnsi="Calibri" w:cs="Calibri"/>
        </w:rPr>
        <w:t>who may use the gift.)</w:t>
      </w:r>
    </w:p>
    <w:p w14:paraId="6C9F3E63" w14:textId="77777777" w:rsidR="00A02C2A" w:rsidRPr="001537B7" w:rsidRDefault="00A02C2A" w:rsidP="00A02C2A">
      <w:pPr>
        <w:pStyle w:val="BodyText"/>
        <w:spacing w:before="171"/>
        <w:rPr>
          <w:rFonts w:ascii="Calibri" w:hAnsi="Calibri" w:cs="Calibri"/>
        </w:rPr>
      </w:pP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4370969E" wp14:editId="514F0310">
                <wp:simplePos x="0" y="0"/>
                <wp:positionH relativeFrom="page">
                  <wp:posOffset>734377</wp:posOffset>
                </wp:positionH>
                <wp:positionV relativeFrom="paragraph">
                  <wp:posOffset>279145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F877" id="Graphic 6" o:spid="_x0000_s1026" style="position:absolute;margin-left:57.8pt;margin-top:22pt;width:462pt;height: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7KOGNd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5F356A95" wp14:editId="1F46B3F1">
                <wp:simplePos x="0" y="0"/>
                <wp:positionH relativeFrom="page">
                  <wp:posOffset>734377</wp:posOffset>
                </wp:positionH>
                <wp:positionV relativeFrom="paragraph">
                  <wp:posOffset>593851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341E9" id="Graphic 7" o:spid="_x0000_s1026" style="position:absolute;margin-left:57.8pt;margin-top:46.75pt;width:462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3c5lDN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</w:p>
    <w:p w14:paraId="34295ABF" w14:textId="77777777" w:rsidR="00A02C2A" w:rsidRPr="001537B7" w:rsidRDefault="00A02C2A" w:rsidP="00A02C2A">
      <w:pPr>
        <w:pStyle w:val="BodyText"/>
        <w:spacing w:before="220"/>
        <w:rPr>
          <w:rFonts w:ascii="Calibri" w:hAnsi="Calibri" w:cs="Calibri"/>
        </w:rPr>
      </w:pPr>
    </w:p>
    <w:p w14:paraId="318B11C0" w14:textId="77777777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ind w:left="374" w:hanging="298"/>
        <w:rPr>
          <w:rFonts w:ascii="Calibri" w:hAnsi="Calibri" w:cs="Calibri"/>
        </w:rPr>
      </w:pPr>
      <w:r w:rsidRPr="001537B7">
        <w:rPr>
          <w:rFonts w:ascii="Calibri" w:hAnsi="Calibri" w:cs="Calibri"/>
        </w:rPr>
        <w:t>NAMING</w:t>
      </w:r>
      <w:r w:rsidRPr="001537B7">
        <w:rPr>
          <w:rFonts w:ascii="Calibri" w:hAnsi="Calibri" w:cs="Calibri"/>
          <w:spacing w:val="4"/>
        </w:rPr>
        <w:t xml:space="preserve"> </w:t>
      </w:r>
      <w:r w:rsidRPr="001537B7">
        <w:rPr>
          <w:rFonts w:ascii="Calibri" w:hAnsi="Calibri" w:cs="Calibri"/>
        </w:rPr>
        <w:t>RIGHTS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</w:rPr>
        <w:t>/</w:t>
      </w:r>
      <w:r w:rsidRPr="001537B7">
        <w:rPr>
          <w:rFonts w:ascii="Calibri" w:hAnsi="Calibri" w:cs="Calibri"/>
          <w:spacing w:val="10"/>
        </w:rPr>
        <w:t xml:space="preserve"> </w:t>
      </w:r>
      <w:r w:rsidRPr="001537B7">
        <w:rPr>
          <w:rFonts w:ascii="Calibri" w:hAnsi="Calibri" w:cs="Calibri"/>
        </w:rPr>
        <w:t>RECOGNITION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  <w:spacing w:val="-2"/>
        </w:rPr>
        <w:t>REQUEST</w:t>
      </w:r>
    </w:p>
    <w:p w14:paraId="3F34CDB7" w14:textId="77777777" w:rsidR="00A02C2A" w:rsidRPr="001537B7" w:rsidRDefault="00A02C2A" w:rsidP="00EA0A1A">
      <w:pPr>
        <w:pStyle w:val="ListParagraph"/>
        <w:widowControl w:val="0"/>
        <w:numPr>
          <w:ilvl w:val="1"/>
          <w:numId w:val="78"/>
        </w:numPr>
        <w:tabs>
          <w:tab w:val="left" w:pos="300"/>
          <w:tab w:val="left" w:pos="3620"/>
        </w:tabs>
        <w:autoSpaceDE w:val="0"/>
        <w:autoSpaceDN w:val="0"/>
        <w:spacing w:before="234" w:after="0" w:line="276" w:lineRule="auto"/>
        <w:ind w:left="76" w:right="248" w:firstLine="0"/>
        <w:contextualSpacing w:val="0"/>
        <w:rPr>
          <w:rFonts w:ascii="Calibri" w:hAnsi="Calibri" w:cs="Calibri"/>
        </w:rPr>
      </w:pPr>
      <w:r w:rsidRPr="001537B7">
        <w:rPr>
          <w:rFonts w:ascii="Calibri" w:hAnsi="Calibri" w:cs="Calibri"/>
        </w:rPr>
        <w:t>I am not requesting naming rights.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5"/>
        </w:rPr>
        <w:t xml:space="preserve"> </w:t>
      </w:r>
      <w:r w:rsidRPr="001537B7">
        <w:rPr>
          <w:rFonts w:ascii="Calibri" w:hAnsi="Calibri" w:cs="Calibri"/>
        </w:rPr>
        <w:t>I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am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requesting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following</w:t>
      </w:r>
      <w:r w:rsidRPr="001537B7">
        <w:rPr>
          <w:rFonts w:ascii="Calibri" w:hAnsi="Calibri" w:cs="Calibri"/>
          <w:spacing w:val="6"/>
        </w:rPr>
        <w:t xml:space="preserve"> </w:t>
      </w:r>
      <w:r w:rsidRPr="001537B7">
        <w:rPr>
          <w:rFonts w:ascii="Calibri" w:hAnsi="Calibri" w:cs="Calibri"/>
        </w:rPr>
        <w:t>naming</w:t>
      </w:r>
      <w:r w:rsidRPr="001537B7">
        <w:rPr>
          <w:rFonts w:ascii="Calibri" w:hAnsi="Calibri" w:cs="Calibri"/>
          <w:spacing w:val="5"/>
        </w:rPr>
        <w:t xml:space="preserve"> </w:t>
      </w:r>
      <w:r w:rsidRPr="001537B7">
        <w:rPr>
          <w:rFonts w:ascii="Calibri" w:hAnsi="Calibri" w:cs="Calibri"/>
        </w:rPr>
        <w:t>opportunity</w:t>
      </w:r>
      <w:r w:rsidRPr="001537B7">
        <w:rPr>
          <w:rFonts w:ascii="Calibri" w:hAnsi="Calibri" w:cs="Calibri"/>
          <w:spacing w:val="9"/>
        </w:rPr>
        <w:t xml:space="preserve"> </w:t>
      </w:r>
      <w:r w:rsidRPr="001537B7">
        <w:rPr>
          <w:rFonts w:ascii="Calibri" w:hAnsi="Calibri" w:cs="Calibri"/>
        </w:rPr>
        <w:t>(subject to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Board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of Directors’ approval):</w:t>
      </w:r>
    </w:p>
    <w:p w14:paraId="67C4AC96" w14:textId="77777777" w:rsidR="00A02C2A" w:rsidRPr="001537B7" w:rsidRDefault="00A02C2A" w:rsidP="00A02C2A">
      <w:pPr>
        <w:pStyle w:val="BodyText"/>
        <w:tabs>
          <w:tab w:val="left" w:pos="8660"/>
        </w:tabs>
        <w:spacing w:before="203"/>
        <w:ind w:left="76"/>
        <w:rPr>
          <w:rFonts w:ascii="Calibri" w:hAnsi="Calibri" w:cs="Calibri"/>
        </w:rPr>
      </w:pPr>
      <w:r w:rsidRPr="001537B7">
        <w:rPr>
          <w:rFonts w:ascii="Calibri" w:hAnsi="Calibri" w:cs="Calibri"/>
        </w:rPr>
        <w:t>Proposed Name</w:t>
      </w:r>
      <w:r w:rsidRPr="001537B7">
        <w:rPr>
          <w:rFonts w:ascii="Calibri" w:hAnsi="Calibri" w:cs="Calibri"/>
          <w:spacing w:val="-5"/>
        </w:rPr>
        <w:t xml:space="preserve"> </w:t>
      </w:r>
      <w:r w:rsidRPr="001537B7">
        <w:rPr>
          <w:rFonts w:ascii="Calibri" w:hAnsi="Calibri" w:cs="Calibri"/>
        </w:rPr>
        <w:t>/ Dedication: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  <w:u w:val="single"/>
        </w:rPr>
        <w:tab/>
      </w:r>
    </w:p>
    <w:p w14:paraId="7F1DDECA" w14:textId="1F81EC15" w:rsidR="00A02C2A" w:rsidRPr="001537B7" w:rsidRDefault="00A02C2A" w:rsidP="00A02C2A">
      <w:pPr>
        <w:tabs>
          <w:tab w:val="left" w:pos="5257"/>
        </w:tabs>
        <w:spacing w:before="242"/>
        <w:ind w:left="76"/>
        <w:rPr>
          <w:rFonts w:ascii="Calibri" w:hAnsi="Calibri" w:cs="Calibri"/>
        </w:rPr>
      </w:pPr>
      <w:r w:rsidRPr="001537B7">
        <w:rPr>
          <w:rFonts w:ascii="Calibri" w:hAnsi="Calibri" w:cs="Calibri"/>
          <w:b/>
        </w:rPr>
        <w:t>Recognition</w:t>
      </w:r>
      <w:r w:rsidRPr="001537B7">
        <w:rPr>
          <w:rFonts w:ascii="Calibri" w:hAnsi="Calibri" w:cs="Calibri"/>
          <w:b/>
          <w:spacing w:val="-6"/>
        </w:rPr>
        <w:t xml:space="preserve"> </w:t>
      </w:r>
      <w:r w:rsidRPr="001537B7">
        <w:rPr>
          <w:rFonts w:ascii="Calibri" w:hAnsi="Calibri" w:cs="Calibri"/>
          <w:b/>
        </w:rPr>
        <w:t>Preference (for any type of donation):</w:t>
      </w:r>
      <w:r w:rsidRPr="001537B7">
        <w:rPr>
          <w:rFonts w:ascii="Calibri" w:hAnsi="Calibri" w:cs="Calibri"/>
          <w:b/>
          <w:spacing w:val="37"/>
        </w:rPr>
        <w:t xml:space="preserve"> </w:t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4"/>
        </w:rPr>
        <w:t xml:space="preserve"> </w:t>
      </w:r>
      <w:r w:rsidRPr="001537B7">
        <w:rPr>
          <w:rFonts w:ascii="Calibri" w:hAnsi="Calibri" w:cs="Calibri"/>
        </w:rPr>
        <w:t>Public</w:t>
      </w:r>
      <w:r w:rsidRPr="001537B7">
        <w:rPr>
          <w:rFonts w:ascii="Calibri" w:hAnsi="Calibri" w:cs="Calibri"/>
          <w:spacing w:val="6"/>
        </w:rPr>
        <w:t xml:space="preserve"> </w:t>
      </w:r>
      <w:r w:rsidRPr="001537B7">
        <w:rPr>
          <w:rFonts w:ascii="Calibri" w:hAnsi="Calibri" w:cs="Calibri"/>
        </w:rPr>
        <w:t>recognition</w:t>
      </w:r>
      <w:r w:rsidRPr="001537B7">
        <w:rPr>
          <w:rFonts w:ascii="Calibri" w:hAnsi="Calibri" w:cs="Calibri"/>
          <w:spacing w:val="1"/>
        </w:rPr>
        <w:t xml:space="preserve"> </w:t>
      </w:r>
      <w:r w:rsidRPr="001537B7">
        <w:rPr>
          <w:rFonts w:ascii="Calibri" w:hAnsi="Calibri" w:cs="Calibri"/>
          <w:spacing w:val="-2"/>
        </w:rPr>
        <w:t>welcomed</w:t>
      </w:r>
      <w:r w:rsidRPr="001537B7">
        <w:rPr>
          <w:rFonts w:ascii="Calibri" w:hAnsi="Calibri" w:cs="Calibri"/>
        </w:rPr>
        <w:tab/>
      </w:r>
      <w:r w:rsidRPr="001537B7">
        <w:rPr>
          <w:rFonts w:ascii="Segoe UI Symbol" w:hAnsi="Segoe UI Symbol" w:cs="Segoe UI Symbol"/>
        </w:rPr>
        <w:t>☐</w:t>
      </w:r>
      <w:r w:rsidRPr="001537B7">
        <w:rPr>
          <w:rFonts w:ascii="Calibri" w:hAnsi="Calibri" w:cs="Calibri"/>
          <w:spacing w:val="-16"/>
        </w:rPr>
        <w:t xml:space="preserve"> </w:t>
      </w:r>
      <w:r w:rsidRPr="001537B7">
        <w:rPr>
          <w:rFonts w:ascii="Calibri" w:hAnsi="Calibri" w:cs="Calibri"/>
        </w:rPr>
        <w:t>I</w:t>
      </w:r>
      <w:r w:rsidRPr="001537B7">
        <w:rPr>
          <w:rFonts w:ascii="Calibri" w:hAnsi="Calibri" w:cs="Calibri"/>
          <w:spacing w:val="4"/>
        </w:rPr>
        <w:t xml:space="preserve"> </w:t>
      </w:r>
      <w:r w:rsidRPr="001537B7">
        <w:rPr>
          <w:rFonts w:ascii="Calibri" w:hAnsi="Calibri" w:cs="Calibri"/>
        </w:rPr>
        <w:t>request to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remain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  <w:spacing w:val="-2"/>
        </w:rPr>
        <w:t>anonymous</w:t>
      </w:r>
    </w:p>
    <w:p w14:paraId="37F8E597" w14:textId="77777777" w:rsidR="00A02C2A" w:rsidRPr="001537B7" w:rsidRDefault="00A02C2A" w:rsidP="00A02C2A">
      <w:pPr>
        <w:pStyle w:val="BodyText"/>
        <w:rPr>
          <w:rFonts w:ascii="Calibri" w:hAnsi="Calibri" w:cs="Calibri"/>
        </w:rPr>
      </w:pPr>
    </w:p>
    <w:p w14:paraId="628CB595" w14:textId="77777777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ind w:left="374" w:hanging="298"/>
        <w:rPr>
          <w:rFonts w:ascii="Calibri" w:hAnsi="Calibri" w:cs="Calibri"/>
        </w:rPr>
      </w:pPr>
      <w:r w:rsidRPr="001537B7">
        <w:rPr>
          <w:rFonts w:ascii="Calibri" w:hAnsi="Calibri" w:cs="Calibri"/>
        </w:rPr>
        <w:t>SOURCE</w:t>
      </w:r>
      <w:r w:rsidRPr="001537B7">
        <w:rPr>
          <w:rFonts w:ascii="Calibri" w:hAnsi="Calibri" w:cs="Calibri"/>
          <w:spacing w:val="10"/>
        </w:rPr>
        <w:t xml:space="preserve"> </w:t>
      </w:r>
      <w:r w:rsidRPr="001537B7">
        <w:rPr>
          <w:rFonts w:ascii="Calibri" w:hAnsi="Calibri" w:cs="Calibri"/>
        </w:rPr>
        <w:t>OF</w:t>
      </w:r>
      <w:r w:rsidRPr="001537B7">
        <w:rPr>
          <w:rFonts w:ascii="Calibri" w:hAnsi="Calibri" w:cs="Calibri"/>
          <w:spacing w:val="5"/>
        </w:rPr>
        <w:t xml:space="preserve"> </w:t>
      </w:r>
      <w:r w:rsidRPr="001537B7">
        <w:rPr>
          <w:rFonts w:ascii="Calibri" w:hAnsi="Calibri" w:cs="Calibri"/>
          <w:spacing w:val="-4"/>
        </w:rPr>
        <w:t>GIFT</w:t>
      </w:r>
    </w:p>
    <w:p w14:paraId="4B1F0C44" w14:textId="77777777" w:rsidR="00A02C2A" w:rsidRPr="001537B7" w:rsidRDefault="00A02C2A" w:rsidP="00A02C2A">
      <w:pPr>
        <w:pStyle w:val="BodyText"/>
        <w:spacing w:before="231" w:line="266" w:lineRule="auto"/>
        <w:ind w:left="76" w:right="47"/>
        <w:rPr>
          <w:rFonts w:ascii="Calibri" w:hAnsi="Calibri" w:cs="Calibri"/>
        </w:rPr>
      </w:pPr>
      <w:r w:rsidRPr="001537B7">
        <w:rPr>
          <w:rFonts w:ascii="Calibri" w:hAnsi="Calibri" w:cs="Calibri"/>
        </w:rPr>
        <w:t>Briefly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describe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source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of the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funds,</w:t>
      </w:r>
      <w:r w:rsidRPr="001537B7">
        <w:rPr>
          <w:rFonts w:ascii="Calibri" w:hAnsi="Calibri" w:cs="Calibri"/>
          <w:spacing w:val="10"/>
        </w:rPr>
        <w:t xml:space="preserve"> </w:t>
      </w:r>
      <w:r w:rsidRPr="001537B7">
        <w:rPr>
          <w:rFonts w:ascii="Calibri" w:hAnsi="Calibri" w:cs="Calibri"/>
        </w:rPr>
        <w:t>property,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or services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being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donated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(</w:t>
      </w:r>
      <w:r w:rsidRPr="001537B7">
        <w:rPr>
          <w:rFonts w:ascii="Calibri" w:hAnsi="Calibri" w:cs="Calibri"/>
          <w:i/>
          <w:iCs/>
        </w:rPr>
        <w:t>e.g.,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personal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funds,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corporate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funds, estate, foundation grant):</w:t>
      </w:r>
    </w:p>
    <w:p w14:paraId="01265F34" w14:textId="77777777" w:rsidR="00A02C2A" w:rsidRPr="001537B7" w:rsidRDefault="00A02C2A" w:rsidP="00A02C2A">
      <w:pPr>
        <w:pStyle w:val="BodyText"/>
        <w:spacing w:before="174"/>
        <w:rPr>
          <w:rFonts w:ascii="Calibri" w:hAnsi="Calibri" w:cs="Calibri"/>
        </w:rPr>
      </w:pP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671E7E9" wp14:editId="0ADABACD">
                <wp:simplePos x="0" y="0"/>
                <wp:positionH relativeFrom="page">
                  <wp:posOffset>734377</wp:posOffset>
                </wp:positionH>
                <wp:positionV relativeFrom="paragraph">
                  <wp:posOffset>280961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0944" id="Graphic 8" o:spid="_x0000_s1026" style="position:absolute;margin-left:57.8pt;margin-top:22.1pt;width:462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gIDLct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  <w:r w:rsidRPr="001537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43D0658" wp14:editId="34291677">
                <wp:simplePos x="0" y="0"/>
                <wp:positionH relativeFrom="page">
                  <wp:posOffset>734377</wp:posOffset>
                </wp:positionH>
                <wp:positionV relativeFrom="paragraph">
                  <wp:posOffset>595260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8B360" id="Graphic 9" o:spid="_x0000_s1026" style="position:absolute;margin-left:57.8pt;margin-top:46.85pt;width:462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VyE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" path="m,l5867400,e" filled="f" strokeweight=".24053mm">
                <v:path arrowok="t"/>
                <w10:wrap type="topAndBottom" anchorx="page"/>
              </v:shape>
            </w:pict>
          </mc:Fallback>
        </mc:AlternateContent>
      </w:r>
    </w:p>
    <w:p w14:paraId="381F00D8" w14:textId="77777777" w:rsidR="00A02C2A" w:rsidRPr="001537B7" w:rsidRDefault="00A02C2A" w:rsidP="00A02C2A">
      <w:pPr>
        <w:pStyle w:val="BodyText"/>
        <w:spacing w:before="220"/>
        <w:rPr>
          <w:rFonts w:ascii="Calibri" w:hAnsi="Calibri" w:cs="Calibri"/>
        </w:rPr>
      </w:pPr>
    </w:p>
    <w:p w14:paraId="187025BB" w14:textId="77777777" w:rsidR="00A02C2A" w:rsidRPr="001537B7" w:rsidRDefault="00A02C2A" w:rsidP="00A02C2A">
      <w:pPr>
        <w:pStyle w:val="BodyText"/>
        <w:rPr>
          <w:rFonts w:ascii="Calibri" w:hAnsi="Calibri" w:cs="Calibri"/>
        </w:rPr>
        <w:sectPr w:rsidR="00A02C2A" w:rsidRPr="001537B7" w:rsidSect="00FF65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960" w:right="1080" w:bottom="280" w:left="1080" w:header="288" w:footer="0" w:gutter="0"/>
          <w:pgNumType w:start="1"/>
          <w:cols w:space="720"/>
          <w:docGrid w:linePitch="299"/>
        </w:sectPr>
      </w:pPr>
    </w:p>
    <w:p w14:paraId="21642BE9" w14:textId="01772DB3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  <w:tab w:val="num" w:pos="1080"/>
        </w:tabs>
        <w:spacing w:before="270"/>
        <w:ind w:left="374" w:hanging="298"/>
        <w:rPr>
          <w:rFonts w:ascii="Calibri" w:hAnsi="Calibri" w:cs="Calibri"/>
        </w:rPr>
      </w:pPr>
      <w:r w:rsidRPr="001537B7">
        <w:rPr>
          <w:rFonts w:ascii="Calibri" w:hAnsi="Calibri" w:cs="Calibri"/>
        </w:rPr>
        <w:lastRenderedPageBreak/>
        <w:t>IMPORTANT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</w:rPr>
        <w:t>NOTICE</w:t>
      </w:r>
      <w:r w:rsidRPr="001537B7">
        <w:rPr>
          <w:rFonts w:ascii="Calibri" w:hAnsi="Calibri" w:cs="Calibri"/>
          <w:spacing w:val="17"/>
        </w:rPr>
        <w:t xml:space="preserve"> </w:t>
      </w:r>
      <w:r w:rsidRPr="001537B7">
        <w:rPr>
          <w:rFonts w:ascii="Calibri" w:hAnsi="Calibri" w:cs="Calibri"/>
        </w:rPr>
        <w:t>REGARDING</w:t>
      </w:r>
      <w:r w:rsidRPr="001537B7">
        <w:rPr>
          <w:rFonts w:ascii="Calibri" w:hAnsi="Calibri" w:cs="Calibri"/>
          <w:spacing w:val="11"/>
        </w:rPr>
        <w:t xml:space="preserve"> </w:t>
      </w:r>
      <w:r w:rsidRPr="001537B7">
        <w:rPr>
          <w:rFonts w:ascii="Calibri" w:hAnsi="Calibri" w:cs="Calibri"/>
        </w:rPr>
        <w:t>TAX,</w:t>
      </w:r>
      <w:r w:rsidRPr="001537B7">
        <w:rPr>
          <w:rFonts w:ascii="Calibri" w:hAnsi="Calibri" w:cs="Calibri"/>
          <w:spacing w:val="12"/>
        </w:rPr>
        <w:t xml:space="preserve"> </w:t>
      </w:r>
      <w:r w:rsidRPr="001537B7">
        <w:rPr>
          <w:rFonts w:ascii="Calibri" w:hAnsi="Calibri" w:cs="Calibri"/>
        </w:rPr>
        <w:t>LEGAL,</w:t>
      </w:r>
      <w:r w:rsidRPr="001537B7">
        <w:rPr>
          <w:rFonts w:ascii="Calibri" w:hAnsi="Calibri" w:cs="Calibri"/>
          <w:spacing w:val="12"/>
        </w:rPr>
        <w:t xml:space="preserve"> </w:t>
      </w:r>
      <w:r w:rsidRPr="001537B7">
        <w:rPr>
          <w:rFonts w:ascii="Calibri" w:hAnsi="Calibri" w:cs="Calibri"/>
        </w:rPr>
        <w:t>AND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</w:rPr>
        <w:t>FINANCIAL</w:t>
      </w:r>
      <w:r w:rsidRPr="001537B7">
        <w:rPr>
          <w:rFonts w:ascii="Calibri" w:hAnsi="Calibri" w:cs="Calibri"/>
          <w:spacing w:val="18"/>
        </w:rPr>
        <w:t xml:space="preserve"> </w:t>
      </w:r>
      <w:r w:rsidRPr="001537B7">
        <w:rPr>
          <w:rFonts w:ascii="Calibri" w:hAnsi="Calibri" w:cs="Calibri"/>
          <w:spacing w:val="-2"/>
        </w:rPr>
        <w:t>MATTERS</w:t>
      </w:r>
    </w:p>
    <w:p w14:paraId="1AF54D3C" w14:textId="5420E1C0" w:rsidR="00A02C2A" w:rsidRPr="001537B7" w:rsidRDefault="009E1692" w:rsidP="00A02C2A">
      <w:pPr>
        <w:pStyle w:val="BodyText"/>
        <w:spacing w:before="4"/>
        <w:rPr>
          <w:rFonts w:ascii="Calibri" w:hAnsi="Calibri" w:cs="Calibri"/>
          <w:b/>
        </w:rPr>
      </w:pPr>
      <w:r w:rsidRPr="001537B7">
        <w:rPr>
          <w:rFonts w:ascii="Calibri" w:hAnsi="Calibri" w:cs="Calibri"/>
          <w:b/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274FAB6C" wp14:editId="46583802">
                <wp:simplePos x="0" y="0"/>
                <wp:positionH relativeFrom="page">
                  <wp:posOffset>697865</wp:posOffset>
                </wp:positionH>
                <wp:positionV relativeFrom="paragraph">
                  <wp:posOffset>186690</wp:posOffset>
                </wp:positionV>
                <wp:extent cx="6313170" cy="3728085"/>
                <wp:effectExtent l="0" t="0" r="0" b="571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3170" cy="3728085"/>
                          <a:chOff x="-35169" y="-15072"/>
                          <a:chExt cx="6313170" cy="37280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76200" y="86042"/>
                            <a:ext cx="6160770" cy="35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0770" h="3556000">
                                <a:moveTo>
                                  <a:pt x="6160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6000"/>
                                </a:lnTo>
                                <a:lnTo>
                                  <a:pt x="6160770" y="3556000"/>
                                </a:lnTo>
                                <a:lnTo>
                                  <a:pt x="6160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620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6360">
                                <a:moveTo>
                                  <a:pt x="76200" y="63"/>
                                </a:moveTo>
                                <a:lnTo>
                                  <a:pt x="28575" y="63"/>
                                </a:lnTo>
                                <a:lnTo>
                                  <a:pt x="0" y="0"/>
                                </a:lnTo>
                                <a:lnTo>
                                  <a:pt x="0" y="28638"/>
                                </a:lnTo>
                                <a:lnTo>
                                  <a:pt x="0" y="86042"/>
                                </a:lnTo>
                                <a:lnTo>
                                  <a:pt x="28575" y="86042"/>
                                </a:lnTo>
                                <a:lnTo>
                                  <a:pt x="28575" y="28638"/>
                                </a:lnTo>
                                <a:lnTo>
                                  <a:pt x="76200" y="28638"/>
                                </a:lnTo>
                                <a:lnTo>
                                  <a:pt x="7620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7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4228" y="48671"/>
                            <a:ext cx="4762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7785">
                                <a:moveTo>
                                  <a:pt x="47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42"/>
                                </a:lnTo>
                                <a:lnTo>
                                  <a:pt x="0" y="57467"/>
                                </a:lnTo>
                                <a:lnTo>
                                  <a:pt x="47625" y="57467"/>
                                </a:lnTo>
                                <a:lnTo>
                                  <a:pt x="47625" y="47942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200" y="63"/>
                            <a:ext cx="616077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0770" h="28575">
                                <a:moveTo>
                                  <a:pt x="6160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"/>
                                </a:lnTo>
                                <a:lnTo>
                                  <a:pt x="6160770" y="28575"/>
                                </a:lnTo>
                                <a:lnTo>
                                  <a:pt x="6160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7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200" y="28574"/>
                            <a:ext cx="61607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0770" h="57785">
                                <a:moveTo>
                                  <a:pt x="6160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42"/>
                                </a:lnTo>
                                <a:lnTo>
                                  <a:pt x="0" y="57467"/>
                                </a:lnTo>
                                <a:lnTo>
                                  <a:pt x="6160770" y="57467"/>
                                </a:lnTo>
                                <a:lnTo>
                                  <a:pt x="6160770" y="47942"/>
                                </a:lnTo>
                                <a:lnTo>
                                  <a:pt x="6160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35169" y="-15072"/>
                            <a:ext cx="6313170" cy="372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3170" h="3728085">
                                <a:moveTo>
                                  <a:pt x="76200" y="86042"/>
                                </a:moveTo>
                                <a:lnTo>
                                  <a:pt x="47625" y="86042"/>
                                </a:lnTo>
                                <a:lnTo>
                                  <a:pt x="47625" y="3651567"/>
                                </a:lnTo>
                                <a:lnTo>
                                  <a:pt x="76200" y="3651567"/>
                                </a:lnTo>
                                <a:lnTo>
                                  <a:pt x="76200" y="86042"/>
                                </a:lnTo>
                                <a:close/>
                              </a:path>
                              <a:path w="6313170" h="3728085">
                                <a:moveTo>
                                  <a:pt x="6313106" y="0"/>
                                </a:moveTo>
                                <a:lnTo>
                                  <a:pt x="6284531" y="0"/>
                                </a:lnTo>
                                <a:lnTo>
                                  <a:pt x="6236906" y="63"/>
                                </a:lnTo>
                                <a:lnTo>
                                  <a:pt x="6236906" y="28638"/>
                                </a:lnTo>
                                <a:lnTo>
                                  <a:pt x="6284531" y="28638"/>
                                </a:lnTo>
                                <a:lnTo>
                                  <a:pt x="6284531" y="86042"/>
                                </a:lnTo>
                                <a:lnTo>
                                  <a:pt x="6284531" y="3651504"/>
                                </a:lnTo>
                                <a:lnTo>
                                  <a:pt x="6284531" y="3699129"/>
                                </a:lnTo>
                                <a:lnTo>
                                  <a:pt x="6236970" y="3699129"/>
                                </a:lnTo>
                                <a:lnTo>
                                  <a:pt x="76200" y="3699129"/>
                                </a:lnTo>
                                <a:lnTo>
                                  <a:pt x="28575" y="3699129"/>
                                </a:lnTo>
                                <a:lnTo>
                                  <a:pt x="28575" y="3651504"/>
                                </a:lnTo>
                                <a:lnTo>
                                  <a:pt x="0" y="3651504"/>
                                </a:lnTo>
                                <a:lnTo>
                                  <a:pt x="0" y="3699129"/>
                                </a:lnTo>
                                <a:lnTo>
                                  <a:pt x="0" y="3728021"/>
                                </a:lnTo>
                                <a:lnTo>
                                  <a:pt x="6313106" y="3728021"/>
                                </a:lnTo>
                                <a:lnTo>
                                  <a:pt x="6313106" y="3699129"/>
                                </a:lnTo>
                                <a:lnTo>
                                  <a:pt x="631310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7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5267" y="86042"/>
                            <a:ext cx="6181703" cy="35765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4EDCF" w14:textId="77777777" w:rsidR="00A02C2A" w:rsidRDefault="00A02C2A" w:rsidP="00A02C2A">
                              <w:pPr>
                                <w:spacing w:before="120"/>
                                <w:ind w:left="4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AF000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AF000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0000"/>
                                </w:rPr>
                                <w:t>READ</w:t>
                              </w:r>
                              <w:r>
                                <w:rPr>
                                  <w:b/>
                                  <w:color w:val="A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0000"/>
                                  <w:spacing w:val="-2"/>
                                </w:rPr>
                                <w:t>CAREFULLY:</w:t>
                              </w:r>
                            </w:p>
                            <w:p w14:paraId="6D741A34" w14:textId="77777777" w:rsidR="00A02C2A" w:rsidRDefault="00A02C2A" w:rsidP="00A02C2A">
                              <w:pPr>
                                <w:spacing w:before="136" w:line="288" w:lineRule="auto"/>
                                <w:ind w:left="45" w:right="119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Tax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Deductibility: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Donations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 Little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Rock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generally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tax-deductible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under</w:t>
                              </w:r>
                              <w:r>
                                <w:rPr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Internal Revenue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Code Section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170(c)(1), because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 governmental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unit</w:t>
                              </w:r>
                              <w:r>
                                <w:rPr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does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need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501(c)(3)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status. However, whether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 specific</w:t>
                              </w:r>
                              <w:r>
                                <w:rPr>
                                  <w:spacing w:val="3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qualifies,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amount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donor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may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deduct,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depends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each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donor's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individual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circumstances.</w:t>
                              </w:r>
                            </w:p>
                            <w:p w14:paraId="1A1E2E69" w14:textId="77777777" w:rsidR="00A02C2A" w:rsidRDefault="00A02C2A" w:rsidP="00A02C2A">
                              <w:pPr>
                                <w:spacing w:before="126" w:line="288" w:lineRule="auto"/>
                                <w:ind w:left="45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b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Cannot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Advise</w:t>
                              </w:r>
                              <w:r>
                                <w:rPr>
                                  <w:b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You:</w:t>
                              </w:r>
                              <w:r>
                                <w:rPr>
                                  <w:b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its officials,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employees,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representatives are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not authorized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provide legal,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accounting,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tax,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financial advice</w:t>
                              </w:r>
                              <w:r>
                                <w:rPr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 donors.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Nothing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 this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form,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 any communication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 staff regarding this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should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be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relied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upon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as tax,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legal,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financial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advice.</w:t>
                              </w:r>
                            </w:p>
                            <w:p w14:paraId="12E72CD1" w14:textId="77777777" w:rsidR="00A02C2A" w:rsidRDefault="00A02C2A" w:rsidP="00A02C2A">
                              <w:pPr>
                                <w:spacing w:before="126" w:line="288" w:lineRule="auto"/>
                                <w:ind w:left="45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Consult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Own</w:t>
                              </w:r>
                              <w:r>
                                <w:rPr>
                                  <w:b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Advisor: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Each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donor</w:t>
                              </w:r>
                              <w:r>
                                <w:rPr>
                                  <w:spacing w:val="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solely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responsible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spacing w:val="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determining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tax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deductibility,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valuation,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 financial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estate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planning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implications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 proposed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gift.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Donors are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strongly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encouraged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consult with</w:t>
                              </w:r>
                              <w:r>
                                <w:rPr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qualified tax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advisor, attorney,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accountant,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financial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planner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before</w:t>
                              </w:r>
                              <w:r>
                                <w:rPr>
                                  <w:spacing w:val="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finalizing any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donation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City.</w:t>
                              </w:r>
                            </w:p>
                            <w:p w14:paraId="49AF0A05" w14:textId="77777777" w:rsidR="00A02C2A" w:rsidRDefault="00A02C2A" w:rsidP="00A02C2A">
                              <w:pPr>
                                <w:spacing w:before="125" w:line="290" w:lineRule="auto"/>
                                <w:ind w:left="45" w:right="119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Written</w:t>
                              </w:r>
                              <w:r>
                                <w:rPr>
                                  <w:b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Acknowledgment: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For</w:t>
                              </w:r>
                              <w:r w:rsidRPr="007268B7">
                                <w:rPr>
                                  <w:sz w:val="19"/>
                                </w:rPr>
                                <w:t xml:space="preserve"> major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gifts, those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valued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at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$50,000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more, the</w:t>
                              </w:r>
                              <w:r>
                                <w:rPr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will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provide</w:t>
                              </w:r>
                              <w:r>
                                <w:rPr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 written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acknowledgment describing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stating</w:t>
                              </w:r>
                              <w:r>
                                <w:rPr>
                                  <w:spacing w:val="5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whether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any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goods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services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were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provided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exchange.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acknowledgment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not a valuation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 is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not a</w:t>
                              </w:r>
                              <w:r>
                                <w:rPr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substitute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donor's own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tax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documentation.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Upon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request, the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 can provide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 IRS Governmental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Information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Letter confirming the City's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tax status.</w:t>
                              </w:r>
                            </w:p>
                            <w:p w14:paraId="5B202F37" w14:textId="77777777" w:rsidR="00A02C2A" w:rsidRDefault="00A02C2A" w:rsidP="00A02C2A">
                              <w:pPr>
                                <w:spacing w:before="124" w:line="288" w:lineRule="auto"/>
                                <w:ind w:left="45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No Obligation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to Accept:</w:t>
                              </w:r>
                              <w:r>
                                <w:rPr>
                                  <w:b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has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obligation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accept any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proposed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gift,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acceptance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does not occur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until approved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accordance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City's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</w:t>
                              </w:r>
                              <w:r>
                                <w:rPr>
                                  <w:spacing w:val="3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Acceptance</w:t>
                              </w:r>
                              <w:r>
                                <w:rPr>
                                  <w:spacing w:val="3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policy.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Gifts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$50,000</w:t>
                              </w:r>
                              <w:r>
                                <w:rPr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more,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real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property,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gifts with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restrictions,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conditions, or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naming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rights</w:t>
                              </w:r>
                              <w:r>
                                <w:rPr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require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approval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by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the City’s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Board</w:t>
                              </w:r>
                              <w:r>
                                <w:rPr>
                                  <w:spacing w:val="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Directors.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FAB6C" id="Group 10" o:spid="_x0000_s1026" style="position:absolute;margin-left:54.95pt;margin-top:14.7pt;width:497.1pt;height:293.55pt;z-index:-251658232;mso-wrap-distance-left:0;mso-wrap-distance-right:0;mso-position-horizontal-relative:page;mso-height-relative:margin" coordorigin="-351,-150" coordsize="63131,37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">
                <v:shape id="Graphic 11" o:spid="_x0000_s1027" style="position:absolute;left:762;top:860;width:61607;height:35560;visibility:visible;mso-wrap-style:square;v-text-anchor:top" coordsize="6160770,355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" path="m6160770,l,,,3556000r6160770,l6160770,xe" fillcolor="#f1f1f1" stroked="f">
                  <v:path arrowok="t"/>
                </v:shape>
                <v:shape id="Graphic 12" o:spid="_x0000_s1028" style="position:absolute;width:762;height:863;visibility:visible;mso-wrap-style:square;v-text-anchor:top" coordsize="7620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" path="m76200,63r-47625,l,,,28638,,86042r28575,l28575,28638r47625,l76200,63xe" fillcolor="#1e2760" stroked="f">
                  <v:path arrowok="t"/>
                </v:shape>
                <v:shape id="Graphic 13" o:spid="_x0000_s1029" style="position:absolute;left:1642;top:486;width:476;height:578;visibility:visible;mso-wrap-style:square;v-text-anchor:top" coordsize="4762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" path="m47625,l,,,47942r,9525l47625,57467r,-9525l47625,xe" fillcolor="#f1f1f1" stroked="f">
                  <v:path arrowok="t"/>
                </v:shape>
                <v:shape id="Graphic 14" o:spid="_x0000_s1030" style="position:absolute;left:762;width:61607;height:286;visibility:visible;mso-wrap-style:square;v-text-anchor:top" coordsize="616077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" path="m6160770,l,,,28575r6160770,l6160770,xe" fillcolor="#1e2760" stroked="f">
                  <v:path arrowok="t"/>
                </v:shape>
                <v:shape id="Graphic 15" o:spid="_x0000_s1031" style="position:absolute;left:762;top:285;width:61607;height:578;visibility:visible;mso-wrap-style:square;v-text-anchor:top" coordsize="61607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" path="m6160770,l,,,47942r,9525l6160770,57467r,-9525l6160770,xe" fillcolor="#f1f1f1" stroked="f">
                  <v:path arrowok="t"/>
                </v:shape>
                <v:shape id="Graphic 16" o:spid="_x0000_s1032" style="position:absolute;left:-351;top:-150;width:63131;height:37280;visibility:visible;mso-wrap-style:square;v-text-anchor:top" coordsize="6313170,372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" path="m76200,86042r-28575,l47625,3651567r28575,l76200,86042xem6313106,r-28575,l6236906,63r,28575l6284531,28638r,57404l6284531,3651504r,47625l6236970,3699129r-6160770,l28575,3699129r,-47625l,3651504r,47625l,3728021r6313106,l6313106,3699129r,-3699066l6313106,xe" fillcolor="#1e27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3" type="#_x0000_t202" style="position:absolute;left:552;top:860;width:61817;height:3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594EDCF" w14:textId="77777777" w:rsidR="00A02C2A" w:rsidRDefault="00A02C2A" w:rsidP="00A02C2A">
                        <w:pPr>
                          <w:spacing w:before="120"/>
                          <w:ind w:left="4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AF0000"/>
                          </w:rPr>
                          <w:t>PLEASE</w:t>
                        </w:r>
                        <w:r>
                          <w:rPr>
                            <w:b/>
                            <w:color w:val="AF0000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color w:val="AF0000"/>
                          </w:rPr>
                          <w:t>READ</w:t>
                        </w:r>
                        <w:r>
                          <w:rPr>
                            <w:b/>
                            <w:color w:val="A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AF0000"/>
                            <w:spacing w:val="-2"/>
                          </w:rPr>
                          <w:t>CAREFULLY:</w:t>
                        </w:r>
                      </w:p>
                      <w:p w14:paraId="6D741A34" w14:textId="77777777" w:rsidR="00A02C2A" w:rsidRDefault="00A02C2A" w:rsidP="00A02C2A">
                        <w:pPr>
                          <w:spacing w:before="136" w:line="288" w:lineRule="auto"/>
                          <w:ind w:left="45" w:right="11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Tax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Deductibility: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Donations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 Little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Rock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are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generally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tax-deductible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under</w:t>
                        </w:r>
                        <w:r>
                          <w:rPr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Internal Revenue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Code Section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170(c)(1), because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is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 governmental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unit</w:t>
                        </w:r>
                        <w:r>
                          <w:rPr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does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not</w:t>
                        </w:r>
                        <w:r>
                          <w:rPr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need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501(c)(3)</w:t>
                        </w:r>
                        <w:r>
                          <w:rPr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status. However, whether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 specific</w:t>
                        </w:r>
                        <w:r>
                          <w:rPr>
                            <w:spacing w:val="3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qualifies,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amount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donor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may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deduct,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depends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on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each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donor's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individual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circumstances.</w:t>
                        </w:r>
                      </w:p>
                      <w:p w14:paraId="1A1E2E69" w14:textId="77777777" w:rsidR="00A02C2A" w:rsidRDefault="00A02C2A" w:rsidP="00A02C2A">
                        <w:pPr>
                          <w:spacing w:before="126" w:line="288" w:lineRule="auto"/>
                          <w:ind w:left="4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The</w:t>
                        </w:r>
                        <w:r>
                          <w:rPr>
                            <w:b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City</w:t>
                        </w:r>
                        <w:r>
                          <w:rPr>
                            <w:b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Cannot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Advise</w:t>
                        </w:r>
                        <w:r>
                          <w:rPr>
                            <w:b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You:</w:t>
                        </w:r>
                        <w:r>
                          <w:rPr>
                            <w:b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its officials,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employees,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representatives are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not authorized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provide legal,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accounting,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tax,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financial advice</w:t>
                        </w:r>
                        <w:r>
                          <w:rPr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 donors.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Nothing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 this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form,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 any communication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with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 staff regarding this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should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be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relied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upon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as tax,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legal,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financial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advice.</w:t>
                        </w:r>
                      </w:p>
                      <w:p w14:paraId="12E72CD1" w14:textId="77777777" w:rsidR="00A02C2A" w:rsidRDefault="00A02C2A" w:rsidP="00A02C2A">
                        <w:pPr>
                          <w:spacing w:before="126" w:line="288" w:lineRule="auto"/>
                          <w:ind w:left="4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Consult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Your</w:t>
                        </w:r>
                        <w:r>
                          <w:rPr>
                            <w:b/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Own</w:t>
                        </w:r>
                        <w:r>
                          <w:rPr>
                            <w:b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Advisor: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Each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donor</w:t>
                        </w:r>
                        <w:r>
                          <w:rPr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is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solely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responsible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for</w:t>
                        </w:r>
                        <w:r>
                          <w:rPr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determining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tax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deductibility,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valuation,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 financial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estate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planning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implications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 proposed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gift.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Donors are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strongly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encouraged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consult with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qualified tax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advisor, attorney,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accountant,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financial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planner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before</w:t>
                        </w:r>
                        <w:r>
                          <w:rPr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finalizing any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donation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City.</w:t>
                        </w:r>
                      </w:p>
                      <w:p w14:paraId="49AF0A05" w14:textId="77777777" w:rsidR="00A02C2A" w:rsidRDefault="00A02C2A" w:rsidP="00A02C2A">
                        <w:pPr>
                          <w:spacing w:before="125" w:line="290" w:lineRule="auto"/>
                          <w:ind w:left="45" w:right="11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Written</w:t>
                        </w:r>
                        <w:r>
                          <w:rPr>
                            <w:b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Acknowledgment: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For</w:t>
                        </w:r>
                        <w:r w:rsidRPr="007268B7">
                          <w:rPr>
                            <w:sz w:val="19"/>
                          </w:rPr>
                          <w:t xml:space="preserve"> major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gifts, those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valued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at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$50,000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more, the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will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provide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 written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acknowledgment describing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stating</w:t>
                        </w:r>
                        <w:r>
                          <w:rPr>
                            <w:spacing w:val="5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whether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any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goods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services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were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provided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exchange.</w:t>
                        </w:r>
                        <w:r>
                          <w:rPr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This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acknowledgment</w:t>
                        </w:r>
                        <w:r>
                          <w:rPr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is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not a valuation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 is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not a</w:t>
                        </w:r>
                        <w:r>
                          <w:rPr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substitute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for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donor's own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tax</w:t>
                        </w:r>
                        <w:r>
                          <w:rPr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documentation.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Upon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request, the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 can provide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 IRS Governmental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Information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Letter confirming the City's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tax status.</w:t>
                        </w:r>
                      </w:p>
                      <w:p w14:paraId="5B202F37" w14:textId="77777777" w:rsidR="00A02C2A" w:rsidRDefault="00A02C2A" w:rsidP="00A02C2A">
                        <w:pPr>
                          <w:spacing w:before="124" w:line="288" w:lineRule="auto"/>
                          <w:ind w:left="4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No Obligation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to Accept:</w:t>
                        </w:r>
                        <w:r>
                          <w:rPr>
                            <w:b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has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no</w:t>
                        </w:r>
                        <w:r>
                          <w:rPr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obligation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to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accept any</w:t>
                        </w:r>
                        <w:r>
                          <w:rPr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proposed</w:t>
                        </w:r>
                        <w:r>
                          <w:rPr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gift,</w:t>
                        </w:r>
                        <w:r>
                          <w:rPr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acceptance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does not occur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until approved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accordance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with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City's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</w:t>
                        </w:r>
                        <w:r>
                          <w:rPr>
                            <w:spacing w:val="3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Acceptance</w:t>
                        </w:r>
                        <w:r>
                          <w:rPr>
                            <w:spacing w:val="3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policy.</w:t>
                        </w:r>
                        <w:r>
                          <w:rPr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Gifts</w:t>
                        </w:r>
                        <w:r>
                          <w:rPr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$50,000</w:t>
                        </w:r>
                        <w:r>
                          <w:rPr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or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more,</w:t>
                        </w:r>
                        <w:r>
                          <w:rPr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all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real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property,</w:t>
                        </w:r>
                        <w:r>
                          <w:rPr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and</w:t>
                        </w:r>
                        <w:r>
                          <w:rPr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gifts with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restrictions,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conditions, or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naming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rights</w:t>
                        </w:r>
                        <w:r>
                          <w:rPr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require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approval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by</w:t>
                        </w:r>
                        <w:r>
                          <w:rPr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the City’s</w:t>
                        </w:r>
                        <w:r>
                          <w:rPr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Board</w:t>
                        </w:r>
                        <w:r>
                          <w:rPr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Directors.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2F7780" w14:textId="77777777" w:rsidR="003D5F47" w:rsidRDefault="003D5F47" w:rsidP="003D5F47">
      <w:pPr>
        <w:pStyle w:val="Heading3"/>
        <w:tabs>
          <w:tab w:val="left" w:pos="374"/>
        </w:tabs>
        <w:ind w:left="76"/>
        <w:rPr>
          <w:rFonts w:ascii="Calibri" w:hAnsi="Calibri" w:cs="Calibri"/>
        </w:rPr>
      </w:pPr>
    </w:p>
    <w:p w14:paraId="4FA0A421" w14:textId="6EDA248E" w:rsidR="00A02C2A" w:rsidRPr="001537B7" w:rsidRDefault="00A02C2A" w:rsidP="00EA0A1A">
      <w:pPr>
        <w:pStyle w:val="Heading3"/>
        <w:numPr>
          <w:ilvl w:val="0"/>
          <w:numId w:val="78"/>
        </w:numPr>
        <w:tabs>
          <w:tab w:val="left" w:pos="374"/>
        </w:tabs>
        <w:rPr>
          <w:rFonts w:ascii="Calibri" w:hAnsi="Calibri" w:cs="Calibri"/>
        </w:rPr>
      </w:pPr>
      <w:r w:rsidRPr="001537B7">
        <w:rPr>
          <w:rFonts w:ascii="Calibri" w:hAnsi="Calibri" w:cs="Calibri"/>
        </w:rPr>
        <w:t>DONOR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  <w:spacing w:val="-2"/>
        </w:rPr>
        <w:t>CERTIFICATION</w:t>
      </w:r>
    </w:p>
    <w:p w14:paraId="60C55BB4" w14:textId="77777777" w:rsidR="00A02C2A" w:rsidRPr="001537B7" w:rsidRDefault="00A02C2A" w:rsidP="00A02C2A">
      <w:pPr>
        <w:pStyle w:val="BodyText"/>
        <w:spacing w:before="216" w:line="280" w:lineRule="auto"/>
        <w:ind w:left="76" w:right="47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By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signing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below,</w:t>
      </w:r>
      <w:r w:rsidRPr="001537B7">
        <w:rPr>
          <w:rFonts w:ascii="Calibri" w:hAnsi="Calibri" w:cs="Calibri"/>
          <w:spacing w:val="13"/>
        </w:rPr>
        <w:t xml:space="preserve"> </w:t>
      </w:r>
      <w:r w:rsidRPr="001537B7">
        <w:rPr>
          <w:rFonts w:ascii="Calibri" w:hAnsi="Calibri" w:cs="Calibri"/>
        </w:rPr>
        <w:t>I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certify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that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information</w:t>
      </w:r>
      <w:r w:rsidRPr="001537B7">
        <w:rPr>
          <w:rFonts w:ascii="Calibri" w:hAnsi="Calibri" w:cs="Calibri"/>
          <w:spacing w:val="14"/>
        </w:rPr>
        <w:t xml:space="preserve"> </w:t>
      </w:r>
      <w:r w:rsidRPr="001537B7">
        <w:rPr>
          <w:rFonts w:ascii="Calibri" w:hAnsi="Calibri" w:cs="Calibri"/>
        </w:rPr>
        <w:t>provided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</w:rPr>
        <w:t>in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this form is true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and accurate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to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best</w:t>
      </w:r>
      <w:r w:rsidRPr="001537B7">
        <w:rPr>
          <w:rFonts w:ascii="Calibri" w:hAnsi="Calibri" w:cs="Calibri"/>
          <w:spacing w:val="-4"/>
        </w:rPr>
        <w:t xml:space="preserve"> </w:t>
      </w:r>
      <w:r w:rsidRPr="001537B7">
        <w:rPr>
          <w:rFonts w:ascii="Calibri" w:hAnsi="Calibri" w:cs="Calibri"/>
        </w:rPr>
        <w:t>of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my knowledge. I understand and acknowledge that:</w:t>
      </w:r>
    </w:p>
    <w:p w14:paraId="0E5C00CE" w14:textId="77777777" w:rsidR="00A02C2A" w:rsidRPr="001537B7" w:rsidRDefault="00A02C2A" w:rsidP="00EA0A1A">
      <w:pPr>
        <w:pStyle w:val="ListParagraph"/>
        <w:widowControl w:val="0"/>
        <w:numPr>
          <w:ilvl w:val="0"/>
          <w:numId w:val="77"/>
        </w:numPr>
        <w:tabs>
          <w:tab w:val="left" w:pos="436"/>
        </w:tabs>
        <w:autoSpaceDE w:val="0"/>
        <w:autoSpaceDN w:val="0"/>
        <w:spacing w:before="199" w:after="0" w:line="280" w:lineRule="auto"/>
        <w:ind w:left="436" w:right="101"/>
        <w:contextualSpacing w:val="0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of Little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Rock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has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not provided, and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will not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provide,</w:t>
      </w:r>
      <w:r w:rsidRPr="001537B7">
        <w:rPr>
          <w:rFonts w:ascii="Calibri" w:hAnsi="Calibri" w:cs="Calibri"/>
          <w:spacing w:val="11"/>
        </w:rPr>
        <w:t xml:space="preserve"> </w:t>
      </w:r>
      <w:r w:rsidRPr="001537B7">
        <w:rPr>
          <w:rFonts w:ascii="Calibri" w:hAnsi="Calibri" w:cs="Calibri"/>
        </w:rPr>
        <w:t>legal,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accounting,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tax,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or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</w:rPr>
        <w:t>financial advice</w:t>
      </w:r>
      <w:r w:rsidRPr="001537B7">
        <w:rPr>
          <w:rFonts w:ascii="Calibri" w:hAnsi="Calibri" w:cs="Calibri"/>
          <w:spacing w:val="-9"/>
        </w:rPr>
        <w:t xml:space="preserve"> </w:t>
      </w:r>
      <w:r w:rsidRPr="001537B7">
        <w:rPr>
          <w:rFonts w:ascii="Calibri" w:hAnsi="Calibri" w:cs="Calibri"/>
        </w:rPr>
        <w:t>regarding this gift;</w:t>
      </w:r>
    </w:p>
    <w:p w14:paraId="7A978E56" w14:textId="77777777" w:rsidR="00A02C2A" w:rsidRPr="001537B7" w:rsidRDefault="00A02C2A" w:rsidP="00EA0A1A">
      <w:pPr>
        <w:pStyle w:val="ListParagraph"/>
        <w:widowControl w:val="0"/>
        <w:numPr>
          <w:ilvl w:val="0"/>
          <w:numId w:val="77"/>
        </w:numPr>
        <w:tabs>
          <w:tab w:val="left" w:pos="436"/>
        </w:tabs>
        <w:autoSpaceDE w:val="0"/>
        <w:autoSpaceDN w:val="0"/>
        <w:spacing w:after="0" w:line="278" w:lineRule="auto"/>
        <w:ind w:left="436" w:right="90"/>
        <w:contextualSpacing w:val="0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I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have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</w:rPr>
        <w:t>been encouraged to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consult my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own professional advisor(s) regarding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</w:rPr>
        <w:t>tax,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legal,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and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financial implications of this gift before it is finalized;</w:t>
      </w:r>
    </w:p>
    <w:p w14:paraId="233C7F97" w14:textId="77777777" w:rsidR="00A02C2A" w:rsidRPr="001537B7" w:rsidRDefault="00A02C2A" w:rsidP="00EA0A1A">
      <w:pPr>
        <w:pStyle w:val="ListParagraph"/>
        <w:widowControl w:val="0"/>
        <w:numPr>
          <w:ilvl w:val="0"/>
          <w:numId w:val="77"/>
        </w:numPr>
        <w:tabs>
          <w:tab w:val="left" w:pos="436"/>
        </w:tabs>
        <w:autoSpaceDE w:val="0"/>
        <w:autoSpaceDN w:val="0"/>
        <w:spacing w:after="0" w:line="262" w:lineRule="exact"/>
        <w:ind w:left="436" w:hanging="360"/>
        <w:contextualSpacing w:val="0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13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is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under</w:t>
      </w:r>
      <w:r w:rsidRPr="001537B7">
        <w:rPr>
          <w:rFonts w:ascii="Calibri" w:hAnsi="Calibri" w:cs="Calibri"/>
          <w:spacing w:val="6"/>
        </w:rPr>
        <w:t xml:space="preserve"> </w:t>
      </w:r>
      <w:r w:rsidRPr="001537B7">
        <w:rPr>
          <w:rFonts w:ascii="Calibri" w:hAnsi="Calibri" w:cs="Calibri"/>
        </w:rPr>
        <w:t>no obligation to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accept</w:t>
      </w:r>
      <w:r w:rsidRPr="001537B7">
        <w:rPr>
          <w:rFonts w:ascii="Calibri" w:hAnsi="Calibri" w:cs="Calibri"/>
          <w:spacing w:val="-5"/>
        </w:rPr>
        <w:t xml:space="preserve"> </w:t>
      </w:r>
      <w:r w:rsidRPr="001537B7">
        <w:rPr>
          <w:rFonts w:ascii="Calibri" w:hAnsi="Calibri" w:cs="Calibri"/>
        </w:rPr>
        <w:t>this</w:t>
      </w:r>
      <w:r w:rsidRPr="001537B7">
        <w:rPr>
          <w:rFonts w:ascii="Calibri" w:hAnsi="Calibri" w:cs="Calibri"/>
          <w:spacing w:val="-1"/>
        </w:rPr>
        <w:t xml:space="preserve"> </w:t>
      </w:r>
      <w:r w:rsidRPr="001537B7">
        <w:rPr>
          <w:rFonts w:ascii="Calibri" w:hAnsi="Calibri" w:cs="Calibri"/>
        </w:rPr>
        <w:t>proposed gift,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and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this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form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does</w:t>
      </w:r>
      <w:r w:rsidRPr="001537B7">
        <w:rPr>
          <w:rFonts w:ascii="Calibri" w:hAnsi="Calibri" w:cs="Calibri"/>
          <w:spacing w:val="12"/>
        </w:rPr>
        <w:t xml:space="preserve"> </w:t>
      </w:r>
      <w:r w:rsidRPr="001537B7">
        <w:rPr>
          <w:rFonts w:ascii="Calibri" w:hAnsi="Calibri" w:cs="Calibri"/>
        </w:rPr>
        <w:t>not</w:t>
      </w:r>
      <w:r w:rsidRPr="001537B7">
        <w:rPr>
          <w:rFonts w:ascii="Calibri" w:hAnsi="Calibri" w:cs="Calibri"/>
          <w:spacing w:val="-5"/>
        </w:rPr>
        <w:t xml:space="preserve"> </w:t>
      </w:r>
      <w:r w:rsidRPr="001537B7">
        <w:rPr>
          <w:rFonts w:ascii="Calibri" w:hAnsi="Calibri" w:cs="Calibri"/>
        </w:rPr>
        <w:t>constitute</w:t>
      </w:r>
      <w:r w:rsidRPr="001537B7">
        <w:rPr>
          <w:rFonts w:ascii="Calibri" w:hAnsi="Calibri" w:cs="Calibri"/>
          <w:spacing w:val="-8"/>
        </w:rPr>
        <w:t xml:space="preserve"> </w:t>
      </w:r>
      <w:r w:rsidRPr="001537B7">
        <w:rPr>
          <w:rFonts w:ascii="Calibri" w:hAnsi="Calibri" w:cs="Calibri"/>
          <w:spacing w:val="-2"/>
        </w:rPr>
        <w:t>acceptance;</w:t>
      </w:r>
    </w:p>
    <w:p w14:paraId="62F7918E" w14:textId="77777777" w:rsidR="00A02C2A" w:rsidRPr="001537B7" w:rsidRDefault="00A02C2A" w:rsidP="00EA0A1A">
      <w:pPr>
        <w:pStyle w:val="ListParagraph"/>
        <w:widowControl w:val="0"/>
        <w:numPr>
          <w:ilvl w:val="0"/>
          <w:numId w:val="77"/>
        </w:numPr>
        <w:tabs>
          <w:tab w:val="left" w:pos="436"/>
        </w:tabs>
        <w:autoSpaceDE w:val="0"/>
        <w:autoSpaceDN w:val="0"/>
        <w:spacing w:before="38" w:after="0" w:line="266" w:lineRule="auto"/>
        <w:ind w:left="436" w:right="247"/>
        <w:contextualSpacing w:val="0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If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accepted,</w:t>
      </w:r>
      <w:r w:rsidRPr="001537B7">
        <w:rPr>
          <w:rFonts w:ascii="Calibri" w:hAnsi="Calibri" w:cs="Calibri"/>
          <w:spacing w:val="-1"/>
        </w:rPr>
        <w:t xml:space="preserve"> any</w:t>
      </w:r>
      <w:r w:rsidRPr="001537B7">
        <w:rPr>
          <w:rFonts w:ascii="Calibri" w:hAnsi="Calibri" w:cs="Calibri"/>
        </w:rPr>
        <w:t xml:space="preserve"> gift</w:t>
      </w:r>
      <w:r w:rsidRPr="001537B7">
        <w:rPr>
          <w:rFonts w:ascii="Calibri" w:hAnsi="Calibri" w:cs="Calibri"/>
          <w:spacing w:val="-3"/>
        </w:rPr>
        <w:t xml:space="preserve"> classified as a major gift pursuant to City policy </w:t>
      </w:r>
      <w:r w:rsidRPr="001537B7">
        <w:rPr>
          <w:rFonts w:ascii="Calibri" w:hAnsi="Calibri" w:cs="Calibri"/>
        </w:rPr>
        <w:t>will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be subject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to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the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terms of the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of Little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Rock</w:t>
      </w:r>
      <w:r w:rsidRPr="001537B7">
        <w:rPr>
          <w:rFonts w:ascii="Calibri" w:hAnsi="Calibri" w:cs="Calibri"/>
          <w:spacing w:val="-12"/>
        </w:rPr>
        <w:t xml:space="preserve"> </w:t>
      </w:r>
      <w:r w:rsidRPr="001537B7">
        <w:rPr>
          <w:rFonts w:ascii="Calibri" w:hAnsi="Calibri" w:cs="Calibri"/>
        </w:rPr>
        <w:t>Gift</w:t>
      </w:r>
      <w:r w:rsidRPr="001537B7">
        <w:rPr>
          <w:rFonts w:ascii="Calibri" w:hAnsi="Calibri" w:cs="Calibri"/>
          <w:spacing w:val="-3"/>
        </w:rPr>
        <w:t xml:space="preserve"> </w:t>
      </w:r>
      <w:r w:rsidRPr="001537B7">
        <w:rPr>
          <w:rFonts w:ascii="Calibri" w:hAnsi="Calibri" w:cs="Calibri"/>
        </w:rPr>
        <w:t>Acceptance</w:t>
      </w:r>
      <w:r w:rsidRPr="001537B7">
        <w:rPr>
          <w:rFonts w:ascii="Calibri" w:hAnsi="Calibri" w:cs="Calibri"/>
          <w:spacing w:val="-7"/>
        </w:rPr>
        <w:t xml:space="preserve"> </w:t>
      </w:r>
      <w:r w:rsidRPr="001537B7">
        <w:rPr>
          <w:rFonts w:ascii="Calibri" w:hAnsi="Calibri" w:cs="Calibri"/>
        </w:rPr>
        <w:t>policy; and</w:t>
      </w:r>
    </w:p>
    <w:p w14:paraId="4E97DC49" w14:textId="77777777" w:rsidR="00A02C2A" w:rsidRPr="001537B7" w:rsidRDefault="00A02C2A" w:rsidP="00EA0A1A">
      <w:pPr>
        <w:pStyle w:val="ListParagraph"/>
        <w:widowControl w:val="0"/>
        <w:numPr>
          <w:ilvl w:val="0"/>
          <w:numId w:val="77"/>
        </w:numPr>
        <w:tabs>
          <w:tab w:val="left" w:pos="436"/>
        </w:tabs>
        <w:autoSpaceDE w:val="0"/>
        <w:autoSpaceDN w:val="0"/>
        <w:spacing w:before="20" w:after="0" w:line="266" w:lineRule="auto"/>
        <w:ind w:left="436" w:right="195"/>
        <w:contextualSpacing w:val="0"/>
        <w:jc w:val="both"/>
        <w:rPr>
          <w:rFonts w:ascii="Calibri" w:hAnsi="Calibri" w:cs="Calibri"/>
        </w:rPr>
      </w:pPr>
      <w:r w:rsidRPr="001537B7">
        <w:rPr>
          <w:rFonts w:ascii="Calibri" w:hAnsi="Calibri" w:cs="Calibri"/>
        </w:rPr>
        <w:t>Any restrictions I have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requested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are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subject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to</w:t>
      </w:r>
      <w:r w:rsidRPr="001537B7">
        <w:rPr>
          <w:rFonts w:ascii="Calibri" w:hAnsi="Calibri" w:cs="Calibri"/>
          <w:spacing w:val="-11"/>
        </w:rPr>
        <w:t xml:space="preserve"> </w:t>
      </w:r>
      <w:r w:rsidRPr="001537B7">
        <w:rPr>
          <w:rFonts w:ascii="Calibri" w:hAnsi="Calibri" w:cs="Calibri"/>
        </w:rPr>
        <w:t>City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review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and approval,</w:t>
      </w:r>
      <w:r w:rsidRPr="001537B7">
        <w:rPr>
          <w:rFonts w:ascii="Calibri" w:hAnsi="Calibri" w:cs="Calibri"/>
          <w:spacing w:val="15"/>
        </w:rPr>
        <w:t xml:space="preserve"> </w:t>
      </w:r>
      <w:r w:rsidRPr="001537B7">
        <w:rPr>
          <w:rFonts w:ascii="Calibri" w:hAnsi="Calibri" w:cs="Calibri"/>
        </w:rPr>
        <w:t>and</w:t>
      </w:r>
      <w:r w:rsidRPr="001537B7">
        <w:rPr>
          <w:rFonts w:ascii="Calibri" w:hAnsi="Calibri" w:cs="Calibri"/>
          <w:spacing w:val="-10"/>
        </w:rPr>
        <w:t xml:space="preserve"> </w:t>
      </w:r>
      <w:r w:rsidRPr="001537B7">
        <w:rPr>
          <w:rFonts w:ascii="Calibri" w:hAnsi="Calibri" w:cs="Calibri"/>
        </w:rPr>
        <w:t>may not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designate</w:t>
      </w:r>
      <w:r w:rsidRPr="001537B7">
        <w:rPr>
          <w:rFonts w:ascii="Calibri" w:hAnsi="Calibri" w:cs="Calibri"/>
          <w:spacing w:val="-6"/>
        </w:rPr>
        <w:t xml:space="preserve"> </w:t>
      </w:r>
      <w:r w:rsidRPr="001537B7">
        <w:rPr>
          <w:rFonts w:ascii="Calibri" w:hAnsi="Calibri" w:cs="Calibri"/>
        </w:rPr>
        <w:t>a</w:t>
      </w:r>
      <w:r w:rsidRPr="001537B7">
        <w:rPr>
          <w:rFonts w:ascii="Calibri" w:hAnsi="Calibri" w:cs="Calibri"/>
          <w:spacing w:val="-2"/>
        </w:rPr>
        <w:t xml:space="preserve"> </w:t>
      </w:r>
      <w:r w:rsidRPr="001537B7">
        <w:rPr>
          <w:rFonts w:ascii="Calibri" w:hAnsi="Calibri" w:cs="Calibri"/>
        </w:rPr>
        <w:t>specific</w:t>
      </w:r>
      <w:r w:rsidRPr="001537B7">
        <w:rPr>
          <w:rFonts w:ascii="Calibri" w:hAnsi="Calibri" w:cs="Calibri"/>
          <w:spacing w:val="-5"/>
        </w:rPr>
        <w:t xml:space="preserve"> </w:t>
      </w:r>
      <w:r w:rsidRPr="001537B7">
        <w:rPr>
          <w:rFonts w:ascii="Calibri" w:hAnsi="Calibri" w:cs="Calibri"/>
        </w:rPr>
        <w:t>City official or employee to benefit from or control the gift.</w:t>
      </w:r>
    </w:p>
    <w:p w14:paraId="32EAC558" w14:textId="77777777" w:rsidR="00A02C2A" w:rsidRPr="001537B7" w:rsidRDefault="00A02C2A" w:rsidP="00A02C2A">
      <w:pPr>
        <w:pStyle w:val="BodyText"/>
        <w:jc w:val="both"/>
        <w:rPr>
          <w:rFonts w:ascii="Calibri" w:hAnsi="Calibri" w:cs="Calibri"/>
        </w:rPr>
      </w:pPr>
    </w:p>
    <w:p w14:paraId="73A19F3A" w14:textId="77777777" w:rsidR="00A02C2A" w:rsidRPr="001537B7" w:rsidRDefault="00A02C2A" w:rsidP="00A02C2A">
      <w:pPr>
        <w:pStyle w:val="BodyText"/>
        <w:rPr>
          <w:rFonts w:ascii="Calibri" w:hAnsi="Calibri" w:cs="Calibri"/>
        </w:rPr>
      </w:pPr>
    </w:p>
    <w:p w14:paraId="1A66613E" w14:textId="77777777" w:rsidR="00A02C2A" w:rsidRPr="001537B7" w:rsidRDefault="00A02C2A" w:rsidP="00A02C2A">
      <w:pPr>
        <w:pStyle w:val="BodyText"/>
        <w:rPr>
          <w:rFonts w:ascii="Calibri" w:hAnsi="Calibri" w:cs="Calibri"/>
        </w:rPr>
      </w:pPr>
    </w:p>
    <w:p w14:paraId="64AD5406" w14:textId="77777777" w:rsidR="00A02C2A" w:rsidRPr="001537B7" w:rsidRDefault="00A02C2A" w:rsidP="00A02C2A">
      <w:pPr>
        <w:pStyle w:val="BodyText"/>
        <w:spacing w:before="177"/>
        <w:rPr>
          <w:rFonts w:ascii="Calibri" w:hAnsi="Calibri" w:cs="Calibri"/>
        </w:rPr>
      </w:pPr>
    </w:p>
    <w:p w14:paraId="687D557A" w14:textId="77777777" w:rsidR="00A02C2A" w:rsidRPr="001537B7" w:rsidRDefault="00A02C2A" w:rsidP="00A02C2A">
      <w:pPr>
        <w:pStyle w:val="BodyText"/>
        <w:tabs>
          <w:tab w:val="left" w:pos="4974"/>
          <w:tab w:val="left" w:pos="5393"/>
          <w:tab w:val="left" w:pos="5948"/>
          <w:tab w:val="left" w:pos="8612"/>
          <w:tab w:val="left" w:pos="8717"/>
        </w:tabs>
        <w:spacing w:line="463" w:lineRule="auto"/>
        <w:ind w:left="181" w:right="1360"/>
        <w:rPr>
          <w:rFonts w:ascii="Calibri" w:hAnsi="Calibri" w:cs="Calibri"/>
        </w:rPr>
      </w:pPr>
      <w:r w:rsidRPr="001537B7">
        <w:rPr>
          <w:rFonts w:ascii="Calibri" w:hAnsi="Calibri" w:cs="Calibri"/>
        </w:rPr>
        <w:t xml:space="preserve">Donor Signature: </w:t>
      </w:r>
      <w:r w:rsidRPr="001537B7">
        <w:rPr>
          <w:rFonts w:ascii="Calibri" w:hAnsi="Calibri" w:cs="Calibri"/>
          <w:u w:val="single"/>
        </w:rPr>
        <w:tab/>
      </w:r>
      <w:r w:rsidRPr="001537B7">
        <w:rPr>
          <w:rFonts w:ascii="Calibri" w:hAnsi="Calibri" w:cs="Calibri"/>
          <w:u w:val="single"/>
        </w:rPr>
        <w:tab/>
      </w:r>
      <w:r w:rsidRPr="001537B7">
        <w:rPr>
          <w:rFonts w:ascii="Calibri" w:hAnsi="Calibri" w:cs="Calibri"/>
        </w:rPr>
        <w:tab/>
        <w:t xml:space="preserve">Date: </w:t>
      </w:r>
      <w:r w:rsidRPr="001537B7">
        <w:rPr>
          <w:rFonts w:ascii="Calibri" w:hAnsi="Calibri" w:cs="Calibri"/>
          <w:u w:val="single"/>
        </w:rPr>
        <w:tab/>
      </w:r>
      <w:r w:rsidRPr="001537B7">
        <w:rPr>
          <w:rFonts w:ascii="Calibri" w:hAnsi="Calibri" w:cs="Calibri"/>
        </w:rPr>
        <w:t xml:space="preserve"> Printed Name: </w:t>
      </w:r>
      <w:r w:rsidRPr="001537B7">
        <w:rPr>
          <w:rFonts w:ascii="Calibri" w:hAnsi="Calibri" w:cs="Calibri"/>
          <w:u w:val="single"/>
        </w:rPr>
        <w:tab/>
      </w:r>
      <w:r w:rsidRPr="001537B7">
        <w:rPr>
          <w:rFonts w:ascii="Calibri" w:hAnsi="Calibri" w:cs="Calibri"/>
        </w:rPr>
        <w:tab/>
      </w:r>
      <w:r w:rsidRPr="001537B7">
        <w:rPr>
          <w:rFonts w:ascii="Calibri" w:hAnsi="Calibri" w:cs="Calibri"/>
        </w:rPr>
        <w:tab/>
        <w:t xml:space="preserve">Title (if applicable): </w:t>
      </w:r>
      <w:r w:rsidRPr="001537B7">
        <w:rPr>
          <w:rFonts w:ascii="Calibri" w:hAnsi="Calibri" w:cs="Calibri"/>
          <w:u w:val="single"/>
        </w:rPr>
        <w:tab/>
      </w:r>
      <w:r w:rsidRPr="001537B7">
        <w:rPr>
          <w:rFonts w:ascii="Calibri" w:hAnsi="Calibri" w:cs="Calibri"/>
          <w:u w:val="single"/>
        </w:rPr>
        <w:tab/>
      </w:r>
    </w:p>
    <w:p w14:paraId="2B45075B" w14:textId="77777777" w:rsidR="00A02C2A" w:rsidRPr="001537B7" w:rsidRDefault="00A02C2A" w:rsidP="00A02C2A">
      <w:pPr>
        <w:pStyle w:val="BodyText"/>
        <w:spacing w:line="463" w:lineRule="auto"/>
        <w:rPr>
          <w:rFonts w:ascii="Calibri" w:hAnsi="Calibri" w:cs="Calibri"/>
        </w:rPr>
        <w:sectPr w:rsidR="00A02C2A" w:rsidRPr="001537B7" w:rsidSect="00B356FB">
          <w:footerReference w:type="default" r:id="rId15"/>
          <w:pgSz w:w="12240" w:h="15840"/>
          <w:pgMar w:top="960" w:right="1080" w:bottom="280" w:left="1080" w:header="288" w:footer="0" w:gutter="0"/>
          <w:cols w:space="720"/>
          <w:docGrid w:linePitch="299"/>
        </w:sectPr>
      </w:pPr>
    </w:p>
    <w:p w14:paraId="12380654" w14:textId="77777777" w:rsidR="00A02C2A" w:rsidRPr="001537B7" w:rsidRDefault="00A02C2A" w:rsidP="00A02C2A">
      <w:pPr>
        <w:pStyle w:val="BodyText"/>
        <w:spacing w:before="33"/>
        <w:rPr>
          <w:rFonts w:ascii="Calibri" w:hAnsi="Calibri" w:cs="Calibri"/>
        </w:rPr>
      </w:pPr>
    </w:p>
    <w:p w14:paraId="0A5776F2" w14:textId="77777777" w:rsidR="00A02C2A" w:rsidRPr="001537B7" w:rsidRDefault="00A02C2A" w:rsidP="00A02C2A">
      <w:pPr>
        <w:ind w:right="1"/>
        <w:jc w:val="center"/>
        <w:rPr>
          <w:rFonts w:ascii="Calibri" w:hAnsi="Calibri" w:cs="Calibri"/>
          <w:i/>
        </w:rPr>
      </w:pPr>
      <w:r w:rsidRPr="001537B7">
        <w:rPr>
          <w:rFonts w:ascii="Calibri" w:hAnsi="Calibri" w:cs="Calibri"/>
          <w:i/>
        </w:rPr>
        <w:t>Please</w:t>
      </w:r>
      <w:r w:rsidRPr="001537B7">
        <w:rPr>
          <w:rFonts w:ascii="Calibri" w:hAnsi="Calibri" w:cs="Calibri"/>
          <w:i/>
          <w:spacing w:val="4"/>
        </w:rPr>
        <w:t xml:space="preserve"> </w:t>
      </w:r>
      <w:r w:rsidRPr="001537B7">
        <w:rPr>
          <w:rFonts w:ascii="Calibri" w:hAnsi="Calibri" w:cs="Calibri"/>
          <w:i/>
        </w:rPr>
        <w:t>return</w:t>
      </w:r>
      <w:r w:rsidRPr="001537B7">
        <w:rPr>
          <w:rFonts w:ascii="Calibri" w:hAnsi="Calibri" w:cs="Calibri"/>
          <w:i/>
          <w:spacing w:val="1"/>
        </w:rPr>
        <w:t xml:space="preserve"> </w:t>
      </w:r>
      <w:r w:rsidRPr="001537B7">
        <w:rPr>
          <w:rFonts w:ascii="Calibri" w:hAnsi="Calibri" w:cs="Calibri"/>
          <w:i/>
        </w:rPr>
        <w:t>this</w:t>
      </w:r>
      <w:r w:rsidRPr="001537B7">
        <w:rPr>
          <w:rFonts w:ascii="Calibri" w:hAnsi="Calibri" w:cs="Calibri"/>
          <w:i/>
          <w:spacing w:val="7"/>
        </w:rPr>
        <w:t xml:space="preserve"> </w:t>
      </w:r>
      <w:r w:rsidRPr="001537B7">
        <w:rPr>
          <w:rFonts w:ascii="Calibri" w:hAnsi="Calibri" w:cs="Calibri"/>
          <w:i/>
        </w:rPr>
        <w:t>completed</w:t>
      </w:r>
      <w:r w:rsidRPr="001537B7">
        <w:rPr>
          <w:rFonts w:ascii="Calibri" w:hAnsi="Calibri" w:cs="Calibri"/>
          <w:i/>
          <w:spacing w:val="1"/>
        </w:rPr>
        <w:t xml:space="preserve"> </w:t>
      </w:r>
      <w:r w:rsidRPr="001537B7">
        <w:rPr>
          <w:rFonts w:ascii="Calibri" w:hAnsi="Calibri" w:cs="Calibri"/>
          <w:i/>
        </w:rPr>
        <w:t>form</w:t>
      </w:r>
      <w:r w:rsidRPr="001537B7">
        <w:rPr>
          <w:rFonts w:ascii="Calibri" w:hAnsi="Calibri" w:cs="Calibri"/>
          <w:i/>
          <w:spacing w:val="11"/>
        </w:rPr>
        <w:t xml:space="preserve"> </w:t>
      </w:r>
      <w:r w:rsidRPr="001537B7">
        <w:rPr>
          <w:rFonts w:ascii="Calibri" w:hAnsi="Calibri" w:cs="Calibri"/>
          <w:i/>
        </w:rPr>
        <w:t>to the</w:t>
      </w:r>
      <w:r w:rsidRPr="001537B7">
        <w:rPr>
          <w:rFonts w:ascii="Calibri" w:hAnsi="Calibri" w:cs="Calibri"/>
          <w:i/>
          <w:spacing w:val="7"/>
        </w:rPr>
        <w:t xml:space="preserve"> </w:t>
      </w:r>
      <w:r w:rsidRPr="001537B7">
        <w:rPr>
          <w:rFonts w:ascii="Calibri" w:hAnsi="Calibri" w:cs="Calibri"/>
          <w:i/>
        </w:rPr>
        <w:t>receiving</w:t>
      </w:r>
      <w:r w:rsidRPr="001537B7">
        <w:rPr>
          <w:rFonts w:ascii="Calibri" w:hAnsi="Calibri" w:cs="Calibri"/>
          <w:i/>
          <w:spacing w:val="1"/>
        </w:rPr>
        <w:t xml:space="preserve"> </w:t>
      </w:r>
      <w:r w:rsidRPr="001537B7">
        <w:rPr>
          <w:rFonts w:ascii="Calibri" w:hAnsi="Calibri" w:cs="Calibri"/>
          <w:i/>
        </w:rPr>
        <w:t>City</w:t>
      </w:r>
      <w:r w:rsidRPr="001537B7">
        <w:rPr>
          <w:rFonts w:ascii="Calibri" w:hAnsi="Calibri" w:cs="Calibri"/>
          <w:i/>
          <w:spacing w:val="-3"/>
        </w:rPr>
        <w:t xml:space="preserve"> </w:t>
      </w:r>
      <w:r w:rsidRPr="001537B7">
        <w:rPr>
          <w:rFonts w:ascii="Calibri" w:hAnsi="Calibri" w:cs="Calibri"/>
          <w:i/>
        </w:rPr>
        <w:t>department</w:t>
      </w:r>
      <w:r w:rsidRPr="001537B7">
        <w:rPr>
          <w:rFonts w:ascii="Calibri" w:hAnsi="Calibri" w:cs="Calibri"/>
          <w:i/>
          <w:spacing w:val="3"/>
        </w:rPr>
        <w:t xml:space="preserve"> </w:t>
      </w:r>
      <w:r w:rsidRPr="001537B7">
        <w:rPr>
          <w:rFonts w:ascii="Calibri" w:hAnsi="Calibri" w:cs="Calibri"/>
          <w:i/>
        </w:rPr>
        <w:t>or</w:t>
      </w:r>
      <w:r w:rsidRPr="001537B7">
        <w:rPr>
          <w:rFonts w:ascii="Calibri" w:hAnsi="Calibri" w:cs="Calibri"/>
          <w:i/>
          <w:spacing w:val="2"/>
        </w:rPr>
        <w:t xml:space="preserve"> </w:t>
      </w:r>
      <w:r w:rsidRPr="001537B7">
        <w:rPr>
          <w:rFonts w:ascii="Calibri" w:hAnsi="Calibri" w:cs="Calibri"/>
          <w:i/>
        </w:rPr>
        <w:t>to the</w:t>
      </w:r>
      <w:r w:rsidRPr="001537B7">
        <w:rPr>
          <w:rFonts w:ascii="Calibri" w:hAnsi="Calibri" w:cs="Calibri"/>
          <w:i/>
          <w:spacing w:val="7"/>
        </w:rPr>
        <w:t xml:space="preserve"> </w:t>
      </w:r>
      <w:r w:rsidRPr="001537B7">
        <w:rPr>
          <w:rFonts w:ascii="Calibri" w:hAnsi="Calibri" w:cs="Calibri"/>
          <w:i/>
        </w:rPr>
        <w:t>Office</w:t>
      </w:r>
      <w:r w:rsidRPr="001537B7">
        <w:rPr>
          <w:rFonts w:ascii="Calibri" w:hAnsi="Calibri" w:cs="Calibri"/>
          <w:i/>
          <w:spacing w:val="8"/>
        </w:rPr>
        <w:t xml:space="preserve"> </w:t>
      </w:r>
      <w:r w:rsidRPr="001537B7">
        <w:rPr>
          <w:rFonts w:ascii="Calibri" w:hAnsi="Calibri" w:cs="Calibri"/>
          <w:i/>
        </w:rPr>
        <w:t>of</w:t>
      </w:r>
      <w:r w:rsidRPr="001537B7">
        <w:rPr>
          <w:rFonts w:ascii="Calibri" w:hAnsi="Calibri" w:cs="Calibri"/>
          <w:i/>
          <w:spacing w:val="7"/>
        </w:rPr>
        <w:t xml:space="preserve"> </w:t>
      </w:r>
      <w:r w:rsidRPr="001537B7">
        <w:rPr>
          <w:rFonts w:ascii="Calibri" w:hAnsi="Calibri" w:cs="Calibri"/>
          <w:i/>
        </w:rPr>
        <w:t>the</w:t>
      </w:r>
      <w:r w:rsidRPr="001537B7">
        <w:rPr>
          <w:rFonts w:ascii="Calibri" w:hAnsi="Calibri" w:cs="Calibri"/>
          <w:i/>
          <w:spacing w:val="7"/>
        </w:rPr>
        <w:t xml:space="preserve"> </w:t>
      </w:r>
      <w:r w:rsidRPr="001537B7">
        <w:rPr>
          <w:rFonts w:ascii="Calibri" w:hAnsi="Calibri" w:cs="Calibri"/>
          <w:i/>
        </w:rPr>
        <w:t>City</w:t>
      </w:r>
      <w:r w:rsidRPr="001537B7">
        <w:rPr>
          <w:rFonts w:ascii="Calibri" w:hAnsi="Calibri" w:cs="Calibri"/>
          <w:i/>
          <w:spacing w:val="-2"/>
        </w:rPr>
        <w:t xml:space="preserve"> Attorney.</w:t>
      </w:r>
    </w:p>
    <w:p w14:paraId="7FCEA0B8" w14:textId="77777777" w:rsidR="00A02C2A" w:rsidRPr="001537B7" w:rsidRDefault="00A02C2A" w:rsidP="00A02C2A">
      <w:pPr>
        <w:pStyle w:val="BodyText"/>
        <w:spacing w:before="84"/>
        <w:rPr>
          <w:rFonts w:ascii="Calibri" w:hAnsi="Calibri" w:cs="Calibri"/>
          <w:i/>
        </w:rPr>
      </w:pPr>
    </w:p>
    <w:p w14:paraId="34F8B00D" w14:textId="77777777" w:rsidR="00A02C2A" w:rsidRPr="001537B7" w:rsidRDefault="00A02C2A" w:rsidP="00A02C2A">
      <w:pPr>
        <w:spacing w:before="1"/>
        <w:ind w:left="76"/>
        <w:rPr>
          <w:rFonts w:ascii="Calibri" w:hAnsi="Calibri" w:cs="Calibri"/>
          <w:b/>
        </w:rPr>
      </w:pPr>
      <w:r w:rsidRPr="001537B7">
        <w:rPr>
          <w:rFonts w:ascii="Calibri" w:hAnsi="Calibri" w:cs="Calibri"/>
          <w:b/>
        </w:rPr>
        <w:t>FOR</w:t>
      </w:r>
      <w:r w:rsidRPr="001537B7">
        <w:rPr>
          <w:rFonts w:ascii="Calibri" w:hAnsi="Calibri" w:cs="Calibri"/>
          <w:b/>
          <w:spacing w:val="2"/>
        </w:rPr>
        <w:t xml:space="preserve"> </w:t>
      </w:r>
      <w:r w:rsidRPr="001537B7">
        <w:rPr>
          <w:rFonts w:ascii="Calibri" w:hAnsi="Calibri" w:cs="Calibri"/>
          <w:b/>
        </w:rPr>
        <w:t>CITY</w:t>
      </w:r>
      <w:r w:rsidRPr="001537B7">
        <w:rPr>
          <w:rFonts w:ascii="Calibri" w:hAnsi="Calibri" w:cs="Calibri"/>
          <w:b/>
          <w:spacing w:val="-1"/>
        </w:rPr>
        <w:t xml:space="preserve"> </w:t>
      </w:r>
      <w:r w:rsidRPr="001537B7">
        <w:rPr>
          <w:rFonts w:ascii="Calibri" w:hAnsi="Calibri" w:cs="Calibri"/>
          <w:b/>
        </w:rPr>
        <w:t>USE</w:t>
      </w:r>
      <w:r w:rsidRPr="001537B7">
        <w:rPr>
          <w:rFonts w:ascii="Calibri" w:hAnsi="Calibri" w:cs="Calibri"/>
          <w:b/>
          <w:spacing w:val="8"/>
        </w:rPr>
        <w:t xml:space="preserve"> </w:t>
      </w:r>
      <w:r w:rsidRPr="001537B7">
        <w:rPr>
          <w:rFonts w:ascii="Calibri" w:hAnsi="Calibri" w:cs="Calibri"/>
          <w:b/>
          <w:spacing w:val="-4"/>
        </w:rPr>
        <w:t>ONLY</w:t>
      </w:r>
    </w:p>
    <w:p w14:paraId="4386AA47" w14:textId="77777777" w:rsidR="00A02C2A" w:rsidRPr="001537B7" w:rsidRDefault="00A02C2A" w:rsidP="00A02C2A">
      <w:pPr>
        <w:pStyle w:val="BodyText"/>
        <w:spacing w:before="3"/>
        <w:rPr>
          <w:rFonts w:ascii="Calibri" w:hAnsi="Calibri" w:cs="Calibri"/>
          <w:b/>
        </w:rPr>
      </w:pP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4611"/>
      </w:tblGrid>
      <w:tr w:rsidR="00A02C2A" w:rsidRPr="001537B7" w14:paraId="7112F8EF" w14:textId="77777777">
        <w:trPr>
          <w:trHeight w:val="255"/>
        </w:trPr>
        <w:tc>
          <w:tcPr>
            <w:tcW w:w="4626" w:type="dxa"/>
          </w:tcPr>
          <w:p w14:paraId="203F518B" w14:textId="77777777" w:rsidR="00A02C2A" w:rsidRPr="001537B7" w:rsidRDefault="00A02C2A">
            <w:pPr>
              <w:pStyle w:val="TableParagraph"/>
              <w:spacing w:line="236" w:lineRule="exact"/>
            </w:pPr>
            <w:r w:rsidRPr="001537B7">
              <w:t>Date</w:t>
            </w:r>
            <w:r w:rsidRPr="001537B7">
              <w:rPr>
                <w:spacing w:val="8"/>
              </w:rPr>
              <w:t xml:space="preserve"> </w:t>
            </w:r>
            <w:r w:rsidRPr="001537B7">
              <w:rPr>
                <w:spacing w:val="-2"/>
              </w:rPr>
              <w:t>Received:</w:t>
            </w:r>
          </w:p>
        </w:tc>
        <w:tc>
          <w:tcPr>
            <w:tcW w:w="4611" w:type="dxa"/>
          </w:tcPr>
          <w:p w14:paraId="3827FC9E" w14:textId="77777777" w:rsidR="00A02C2A" w:rsidRPr="001537B7" w:rsidRDefault="00A02C2A">
            <w:pPr>
              <w:pStyle w:val="TableParagraph"/>
              <w:spacing w:line="236" w:lineRule="exact"/>
            </w:pPr>
            <w:r w:rsidRPr="001537B7">
              <w:t>Received</w:t>
            </w:r>
            <w:r w:rsidRPr="001537B7">
              <w:rPr>
                <w:spacing w:val="4"/>
              </w:rPr>
              <w:t xml:space="preserve"> </w:t>
            </w:r>
            <w:r w:rsidRPr="001537B7">
              <w:rPr>
                <w:spacing w:val="-5"/>
              </w:rPr>
              <w:t>By:</w:t>
            </w:r>
          </w:p>
        </w:tc>
      </w:tr>
      <w:tr w:rsidR="00A02C2A" w:rsidRPr="001537B7" w14:paraId="243C2C91" w14:textId="77777777">
        <w:trPr>
          <w:trHeight w:val="270"/>
        </w:trPr>
        <w:tc>
          <w:tcPr>
            <w:tcW w:w="4626" w:type="dxa"/>
          </w:tcPr>
          <w:p w14:paraId="7FE4EA39" w14:textId="77777777" w:rsidR="00A02C2A" w:rsidRPr="001537B7" w:rsidRDefault="00A02C2A">
            <w:pPr>
              <w:pStyle w:val="TableParagraph"/>
              <w:spacing w:line="250" w:lineRule="exact"/>
            </w:pPr>
            <w:r w:rsidRPr="001537B7">
              <w:rPr>
                <w:spacing w:val="-2"/>
              </w:rPr>
              <w:t>Department:</w:t>
            </w:r>
          </w:p>
        </w:tc>
        <w:tc>
          <w:tcPr>
            <w:tcW w:w="4611" w:type="dxa"/>
          </w:tcPr>
          <w:p w14:paraId="0BFA8139" w14:textId="77777777" w:rsidR="00A02C2A" w:rsidRPr="001537B7" w:rsidRDefault="00A02C2A">
            <w:pPr>
              <w:pStyle w:val="TableParagraph"/>
              <w:spacing w:line="250" w:lineRule="exact"/>
            </w:pPr>
            <w:r w:rsidRPr="001537B7">
              <w:t>Estimated</w:t>
            </w:r>
            <w:r w:rsidRPr="001537B7">
              <w:rPr>
                <w:spacing w:val="-12"/>
              </w:rPr>
              <w:t xml:space="preserve"> </w:t>
            </w:r>
            <w:r w:rsidRPr="001537B7">
              <w:t>Value</w:t>
            </w:r>
            <w:r w:rsidRPr="001537B7">
              <w:rPr>
                <w:spacing w:val="-5"/>
              </w:rPr>
              <w:t xml:space="preserve"> </w:t>
            </w:r>
            <w:r w:rsidRPr="001537B7">
              <w:t>Confirmed:</w:t>
            </w:r>
            <w:r w:rsidRPr="001537B7">
              <w:rPr>
                <w:spacing w:val="62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5"/>
              </w:rPr>
              <w:t xml:space="preserve"> </w:t>
            </w:r>
            <w:r w:rsidRPr="001537B7">
              <w:t>Yes</w:t>
            </w:r>
            <w:r w:rsidRPr="001537B7">
              <w:rPr>
                <w:spacing w:val="48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4"/>
              </w:rPr>
              <w:t xml:space="preserve"> </w:t>
            </w:r>
            <w:r w:rsidRPr="001537B7">
              <w:rPr>
                <w:spacing w:val="-5"/>
              </w:rPr>
              <w:t>No</w:t>
            </w:r>
          </w:p>
        </w:tc>
      </w:tr>
      <w:tr w:rsidR="00A02C2A" w:rsidRPr="001537B7" w14:paraId="197C2A90" w14:textId="77777777">
        <w:trPr>
          <w:trHeight w:val="285"/>
        </w:trPr>
        <w:tc>
          <w:tcPr>
            <w:tcW w:w="4626" w:type="dxa"/>
          </w:tcPr>
          <w:p w14:paraId="33868DBE" w14:textId="79196A10" w:rsidR="00A02C2A" w:rsidRPr="001537B7" w:rsidRDefault="00A02C2A">
            <w:pPr>
              <w:pStyle w:val="TableParagraph"/>
              <w:spacing w:line="265" w:lineRule="exact"/>
            </w:pPr>
            <w:r w:rsidRPr="001537B7">
              <w:t>Major</w:t>
            </w:r>
            <w:r w:rsidRPr="001537B7">
              <w:rPr>
                <w:spacing w:val="-12"/>
              </w:rPr>
              <w:t xml:space="preserve"> </w:t>
            </w:r>
            <w:r w:rsidRPr="001537B7">
              <w:t>Gift</w:t>
            </w:r>
            <w:r w:rsidRPr="001537B7">
              <w:rPr>
                <w:spacing w:val="11"/>
              </w:rPr>
              <w:t xml:space="preserve"> </w:t>
            </w:r>
            <w:r w:rsidRPr="001537B7">
              <w:t>(per</w:t>
            </w:r>
            <w:r w:rsidRPr="001537B7">
              <w:rPr>
                <w:spacing w:val="-5"/>
              </w:rPr>
              <w:t xml:space="preserve"> </w:t>
            </w:r>
            <w:r w:rsidR="00642BA7">
              <w:t>p</w:t>
            </w:r>
            <w:r w:rsidRPr="001537B7">
              <w:t>olicy</w:t>
            </w:r>
            <w:r w:rsidRPr="001537B7">
              <w:rPr>
                <w:spacing w:val="16"/>
              </w:rPr>
              <w:t xml:space="preserve"> </w:t>
            </w:r>
            <w:r w:rsidRPr="001537B7">
              <w:t>Section</w:t>
            </w:r>
            <w:r w:rsidRPr="001537B7">
              <w:rPr>
                <w:spacing w:val="3"/>
              </w:rPr>
              <w:t xml:space="preserve"> </w:t>
            </w:r>
            <w:r w:rsidRPr="001537B7">
              <w:t>II)?</w:t>
            </w:r>
            <w:r w:rsidRPr="001537B7">
              <w:rPr>
                <w:spacing w:val="47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4"/>
              </w:rPr>
              <w:t xml:space="preserve"> </w:t>
            </w:r>
            <w:r w:rsidRPr="001537B7">
              <w:t>Yes</w:t>
            </w:r>
            <w:r w:rsidRPr="001537B7">
              <w:rPr>
                <w:spacing w:val="43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4"/>
              </w:rPr>
              <w:t xml:space="preserve"> </w:t>
            </w:r>
            <w:r w:rsidRPr="001537B7">
              <w:rPr>
                <w:spacing w:val="-5"/>
              </w:rPr>
              <w:t>No</w:t>
            </w:r>
          </w:p>
        </w:tc>
        <w:tc>
          <w:tcPr>
            <w:tcW w:w="4611" w:type="dxa"/>
          </w:tcPr>
          <w:p w14:paraId="4BF88E69" w14:textId="77777777" w:rsidR="00A02C2A" w:rsidRPr="001537B7" w:rsidRDefault="00A02C2A">
            <w:pPr>
              <w:pStyle w:val="TableParagraph"/>
              <w:spacing w:line="265" w:lineRule="exact"/>
            </w:pPr>
            <w:r w:rsidRPr="001537B7">
              <w:t>Vetting/Screening</w:t>
            </w:r>
            <w:r w:rsidRPr="001537B7">
              <w:rPr>
                <w:spacing w:val="7"/>
              </w:rPr>
              <w:t xml:space="preserve"> </w:t>
            </w:r>
            <w:r w:rsidRPr="001537B7">
              <w:t>Completed:</w:t>
            </w:r>
            <w:r w:rsidRPr="001537B7">
              <w:rPr>
                <w:spacing w:val="42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5"/>
              </w:rPr>
              <w:t xml:space="preserve"> </w:t>
            </w:r>
            <w:r w:rsidRPr="001537B7">
              <w:t>Yes</w:t>
            </w:r>
            <w:r w:rsidRPr="001537B7">
              <w:rPr>
                <w:spacing w:val="41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4"/>
              </w:rPr>
              <w:t xml:space="preserve"> </w:t>
            </w:r>
            <w:r w:rsidRPr="001537B7">
              <w:rPr>
                <w:spacing w:val="-5"/>
              </w:rPr>
              <w:t>No</w:t>
            </w:r>
          </w:p>
        </w:tc>
      </w:tr>
      <w:tr w:rsidR="00A02C2A" w:rsidRPr="001537B7" w14:paraId="2A0103AC" w14:textId="77777777">
        <w:trPr>
          <w:trHeight w:val="270"/>
        </w:trPr>
        <w:tc>
          <w:tcPr>
            <w:tcW w:w="4626" w:type="dxa"/>
          </w:tcPr>
          <w:p w14:paraId="4B7996AD" w14:textId="77777777" w:rsidR="00A02C2A" w:rsidRPr="001537B7" w:rsidRDefault="00A02C2A">
            <w:pPr>
              <w:pStyle w:val="TableParagraph"/>
              <w:spacing w:line="250" w:lineRule="exact"/>
            </w:pPr>
            <w:r w:rsidRPr="001537B7">
              <w:t>City</w:t>
            </w:r>
            <w:r w:rsidRPr="001537B7">
              <w:rPr>
                <w:spacing w:val="-12"/>
              </w:rPr>
              <w:t xml:space="preserve"> </w:t>
            </w:r>
            <w:r w:rsidRPr="001537B7">
              <w:t>Attorney</w:t>
            </w:r>
            <w:r w:rsidRPr="001537B7">
              <w:rPr>
                <w:spacing w:val="-12"/>
              </w:rPr>
              <w:t xml:space="preserve"> </w:t>
            </w:r>
            <w:r w:rsidRPr="001537B7">
              <w:t>Review:</w:t>
            </w:r>
            <w:r w:rsidRPr="001537B7">
              <w:rPr>
                <w:spacing w:val="57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5"/>
              </w:rPr>
              <w:t xml:space="preserve"> </w:t>
            </w:r>
            <w:r w:rsidRPr="001537B7">
              <w:t>Pending</w:t>
            </w:r>
            <w:r w:rsidRPr="001537B7">
              <w:rPr>
                <w:spacing w:val="57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2"/>
              </w:rPr>
              <w:t xml:space="preserve"> Complete</w:t>
            </w:r>
          </w:p>
        </w:tc>
        <w:tc>
          <w:tcPr>
            <w:tcW w:w="4611" w:type="dxa"/>
          </w:tcPr>
          <w:p w14:paraId="129645D0" w14:textId="77777777" w:rsidR="00A02C2A" w:rsidRPr="001537B7" w:rsidRDefault="00A02C2A">
            <w:pPr>
              <w:pStyle w:val="TableParagraph"/>
              <w:spacing w:line="250" w:lineRule="exact"/>
            </w:pPr>
            <w:r w:rsidRPr="001537B7">
              <w:t>Approval</w:t>
            </w:r>
            <w:r w:rsidRPr="001537B7">
              <w:rPr>
                <w:spacing w:val="3"/>
              </w:rPr>
              <w:t xml:space="preserve"> </w:t>
            </w:r>
            <w:r w:rsidRPr="001537B7">
              <w:rPr>
                <w:spacing w:val="-2"/>
              </w:rPr>
              <w:t>Authority:</w:t>
            </w:r>
          </w:p>
        </w:tc>
      </w:tr>
      <w:tr w:rsidR="00A02C2A" w:rsidRPr="001537B7" w14:paraId="1411D0EC" w14:textId="77777777">
        <w:trPr>
          <w:trHeight w:val="540"/>
        </w:trPr>
        <w:tc>
          <w:tcPr>
            <w:tcW w:w="4626" w:type="dxa"/>
          </w:tcPr>
          <w:p w14:paraId="03F69F6D" w14:textId="77777777" w:rsidR="00A02C2A" w:rsidRPr="001537B7" w:rsidRDefault="00A02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611" w:type="dxa"/>
          </w:tcPr>
          <w:p w14:paraId="14C1C0F4" w14:textId="77777777" w:rsidR="00D40928" w:rsidRPr="001537B7" w:rsidRDefault="00A02C2A" w:rsidP="00EA0A1A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spacing w:before="8" w:line="256" w:lineRule="exact"/>
              <w:ind w:right="424" w:firstLine="0"/>
            </w:pPr>
            <w:r w:rsidRPr="001537B7">
              <w:t>Dept. Director</w:t>
            </w:r>
            <w:r w:rsidRPr="001537B7">
              <w:rPr>
                <w:spacing w:val="80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4"/>
              </w:rPr>
              <w:t xml:space="preserve"> </w:t>
            </w:r>
            <w:r w:rsidRPr="001537B7">
              <w:t>City</w:t>
            </w:r>
            <w:r w:rsidRPr="001537B7">
              <w:rPr>
                <w:spacing w:val="-9"/>
              </w:rPr>
              <w:t xml:space="preserve"> </w:t>
            </w:r>
            <w:r w:rsidRPr="001537B7">
              <w:t>Manager</w:t>
            </w:r>
            <w:r w:rsidRPr="001537B7">
              <w:rPr>
                <w:spacing w:val="80"/>
              </w:rPr>
              <w:t xml:space="preserve"> </w:t>
            </w:r>
          </w:p>
          <w:p w14:paraId="274EC615" w14:textId="66BD38BA" w:rsidR="00A02C2A" w:rsidRPr="001537B7" w:rsidRDefault="00A02C2A" w:rsidP="00EA0A1A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spacing w:before="8" w:line="256" w:lineRule="exact"/>
              <w:ind w:right="424" w:firstLine="0"/>
            </w:pPr>
            <w:r w:rsidRPr="001537B7">
              <w:t>Board</w:t>
            </w:r>
            <w:r w:rsidRPr="001537B7">
              <w:rPr>
                <w:spacing w:val="-9"/>
              </w:rPr>
              <w:t xml:space="preserve"> </w:t>
            </w:r>
            <w:r w:rsidRPr="001537B7">
              <w:t xml:space="preserve">of </w:t>
            </w:r>
            <w:r w:rsidRPr="001537B7">
              <w:rPr>
                <w:spacing w:val="-2"/>
              </w:rPr>
              <w:t>Directors</w:t>
            </w:r>
          </w:p>
        </w:tc>
      </w:tr>
      <w:tr w:rsidR="00A02C2A" w:rsidRPr="001537B7" w14:paraId="0721EE15" w14:textId="77777777">
        <w:trPr>
          <w:trHeight w:val="553"/>
        </w:trPr>
        <w:tc>
          <w:tcPr>
            <w:tcW w:w="4626" w:type="dxa"/>
            <w:tcBorders>
              <w:bottom w:val="single" w:sz="8" w:space="0" w:color="000000"/>
            </w:tcBorders>
          </w:tcPr>
          <w:p w14:paraId="5650D80B" w14:textId="09A49E7C" w:rsidR="00A02C2A" w:rsidRPr="001537B7" w:rsidRDefault="008256BD">
            <w:pPr>
              <w:pStyle w:val="TableParagraph"/>
              <w:spacing w:line="282" w:lineRule="exact"/>
              <w:rPr>
                <w:spacing w:val="51"/>
              </w:rPr>
            </w:pPr>
            <w:r w:rsidRPr="001537B7">
              <w:t>Prospective</w:t>
            </w:r>
            <w:r w:rsidRPr="001537B7">
              <w:rPr>
                <w:spacing w:val="63"/>
              </w:rPr>
              <w:t xml:space="preserve"> </w:t>
            </w:r>
            <w:r w:rsidRPr="001537B7">
              <w:t>Donor</w:t>
            </w:r>
            <w:r w:rsidRPr="001537B7">
              <w:rPr>
                <w:spacing w:val="37"/>
              </w:rPr>
              <w:t xml:space="preserve"> </w:t>
            </w:r>
            <w:r w:rsidRPr="001537B7">
              <w:t>Information</w:t>
            </w:r>
            <w:r w:rsidRPr="001537B7">
              <w:rPr>
                <w:spacing w:val="24"/>
              </w:rPr>
              <w:t xml:space="preserve"> </w:t>
            </w:r>
            <w:r w:rsidRPr="001537B7">
              <w:t>and</w:t>
            </w:r>
            <w:r w:rsidRPr="001537B7">
              <w:rPr>
                <w:spacing w:val="29"/>
              </w:rPr>
              <w:t xml:space="preserve"> </w:t>
            </w:r>
            <w:r w:rsidRPr="001537B7">
              <w:t>Gift</w:t>
            </w:r>
            <w:r w:rsidRPr="001537B7">
              <w:rPr>
                <w:spacing w:val="18"/>
              </w:rPr>
              <w:t xml:space="preserve"> </w:t>
            </w:r>
            <w:r w:rsidRPr="001537B7">
              <w:t xml:space="preserve">Proposal </w:t>
            </w:r>
            <w:r w:rsidR="00A02C2A" w:rsidRPr="001537B7">
              <w:t>Completed:</w:t>
            </w:r>
            <w:r w:rsidR="00A02C2A" w:rsidRPr="001537B7">
              <w:rPr>
                <w:spacing w:val="51"/>
              </w:rPr>
              <w:t xml:space="preserve"> </w:t>
            </w:r>
          </w:p>
          <w:p w14:paraId="39F5FFC0" w14:textId="2AD4CC7A" w:rsidR="00A02C2A" w:rsidRPr="001537B7" w:rsidRDefault="00A02C2A" w:rsidP="00A02C2A">
            <w:pPr>
              <w:pStyle w:val="TableParagraph"/>
              <w:spacing w:line="282" w:lineRule="exact"/>
            </w:pPr>
            <w:r w:rsidRPr="001537B7">
              <w:rPr>
                <w:rFonts w:ascii="Segoe UI Symbol" w:hAnsi="Segoe UI Symbol" w:cs="Segoe UI Symbol"/>
                <w:spacing w:val="-10"/>
              </w:rPr>
              <w:t>☐</w:t>
            </w:r>
            <w:r w:rsidRPr="001537B7">
              <w:t xml:space="preserve"> Yes</w:t>
            </w:r>
            <w:r w:rsidRPr="001537B7">
              <w:rPr>
                <w:spacing w:val="51"/>
              </w:rPr>
              <w:t xml:space="preserve"> </w:t>
            </w:r>
            <w:r w:rsidRPr="001537B7">
              <w:rPr>
                <w:rFonts w:ascii="Segoe UI Symbol" w:hAnsi="Segoe UI Symbol" w:cs="Segoe UI Symbol"/>
              </w:rPr>
              <w:t>☐</w:t>
            </w:r>
            <w:r w:rsidRPr="001537B7">
              <w:rPr>
                <w:spacing w:val="-12"/>
              </w:rPr>
              <w:t xml:space="preserve"> </w:t>
            </w:r>
            <w:r w:rsidRPr="001537B7">
              <w:rPr>
                <w:spacing w:val="-5"/>
              </w:rPr>
              <w:t>No</w:t>
            </w:r>
          </w:p>
        </w:tc>
        <w:tc>
          <w:tcPr>
            <w:tcW w:w="4611" w:type="dxa"/>
            <w:tcBorders>
              <w:bottom w:val="single" w:sz="8" w:space="0" w:color="000000"/>
            </w:tcBorders>
          </w:tcPr>
          <w:p w14:paraId="2D6141B1" w14:textId="77777777" w:rsidR="00A02C2A" w:rsidRPr="001537B7" w:rsidRDefault="00A02C2A">
            <w:pPr>
              <w:pStyle w:val="TableParagraph"/>
              <w:spacing w:line="252" w:lineRule="exact"/>
            </w:pPr>
            <w:r w:rsidRPr="001537B7">
              <w:rPr>
                <w:spacing w:val="-2"/>
              </w:rPr>
              <w:t>Notes:</w:t>
            </w:r>
          </w:p>
        </w:tc>
      </w:tr>
    </w:tbl>
    <w:p w14:paraId="3BB759BF" w14:textId="77777777" w:rsidR="00A02C2A" w:rsidRPr="00EC46F5" w:rsidRDefault="00A02C2A" w:rsidP="00A02C2A">
      <w:pPr>
        <w:rPr>
          <w:rFonts w:asciiTheme="minorHAnsi" w:hAnsiTheme="minorHAnsi" w:cstheme="minorHAnsi"/>
        </w:rPr>
      </w:pPr>
    </w:p>
    <w:p w14:paraId="7C215347" w14:textId="77777777" w:rsidR="004C72B3" w:rsidRPr="00C96986" w:rsidRDefault="004C72B3">
      <w:pPr>
        <w:spacing w:after="0"/>
        <w:rPr>
          <w:rFonts w:asciiTheme="majorHAnsi" w:hAnsiTheme="majorHAnsi" w:cstheme="majorHAnsi"/>
        </w:rPr>
      </w:pPr>
    </w:p>
    <w:sectPr w:rsidR="004C72B3" w:rsidRPr="00C96986" w:rsidSect="00034616">
      <w:footerReference w:type="default" r:id="rId16"/>
      <w:pgSz w:w="12240" w:h="15840"/>
      <w:pgMar w:top="936" w:right="1224" w:bottom="1008" w:left="1224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8E360" w14:textId="77777777" w:rsidR="00577508" w:rsidRDefault="00577508">
      <w:pPr>
        <w:spacing w:after="0"/>
      </w:pPr>
      <w:r>
        <w:separator/>
      </w:r>
    </w:p>
  </w:endnote>
  <w:endnote w:type="continuationSeparator" w:id="0">
    <w:p w14:paraId="6451AFD4" w14:textId="77777777" w:rsidR="00577508" w:rsidRDefault="005775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D351" w14:textId="77777777" w:rsidR="00D768E7" w:rsidRDefault="00D76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53CD" w14:textId="12CB6849" w:rsidR="009E6BF5" w:rsidRDefault="009E6BF5">
    <w:pPr>
      <w:pStyle w:val="Footer"/>
      <w:jc w:val="center"/>
    </w:pPr>
  </w:p>
  <w:p w14:paraId="51E24CD4" w14:textId="77777777" w:rsidR="00E60097" w:rsidRDefault="00E60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851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83127" w14:textId="51B7A107" w:rsidR="007B26C5" w:rsidRDefault="007B26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8ECD6" w14:textId="77777777" w:rsidR="00E60097" w:rsidRDefault="00E6009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C06B" w14:textId="77777777" w:rsidR="006C7CFA" w:rsidRDefault="006C7CFA">
    <w:pPr>
      <w:pStyle w:val="Footer"/>
      <w:jc w:val="center"/>
    </w:pPr>
  </w:p>
  <w:p w14:paraId="41F97740" w14:textId="77777777" w:rsidR="00ED3FA0" w:rsidRDefault="00ED3FA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39E8" w14:textId="44FF95BE" w:rsidR="001A3AE7" w:rsidRDefault="001A3AE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A6B3" w14:textId="77777777" w:rsidR="00577508" w:rsidRDefault="00577508">
      <w:pPr>
        <w:spacing w:after="0"/>
      </w:pPr>
      <w:r>
        <w:separator/>
      </w:r>
    </w:p>
  </w:footnote>
  <w:footnote w:type="continuationSeparator" w:id="0">
    <w:p w14:paraId="4CED2EAC" w14:textId="77777777" w:rsidR="00577508" w:rsidRDefault="005775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A33" w14:textId="77777777" w:rsidR="00D768E7" w:rsidRDefault="00D76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2136A96D" w14:textId="77777777" w:rsidR="00D768E7" w:rsidRDefault="00D768E7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0705647" w14:textId="1F772305" w:rsidR="00A02C2A" w:rsidRDefault="00A02C2A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3429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09A59C" w14:textId="6CCD9AD3" w:rsidR="006C4341" w:rsidRDefault="006C434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03A90B" w14:textId="77777777" w:rsidR="007B26C5" w:rsidRDefault="007B2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5403A1"/>
    <w:multiLevelType w:val="hybridMultilevel"/>
    <w:tmpl w:val="9342E7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D20C2"/>
    <w:multiLevelType w:val="hybridMultilevel"/>
    <w:tmpl w:val="F480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3042E"/>
    <w:multiLevelType w:val="hybridMultilevel"/>
    <w:tmpl w:val="5C663A7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E1872"/>
    <w:multiLevelType w:val="hybridMultilevel"/>
    <w:tmpl w:val="2A9C3038"/>
    <w:lvl w:ilvl="0" w:tplc="49C692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5F1962"/>
    <w:multiLevelType w:val="hybridMultilevel"/>
    <w:tmpl w:val="1D905FEC"/>
    <w:lvl w:ilvl="0" w:tplc="0409000F">
      <w:start w:val="1"/>
      <w:numFmt w:val="decimal"/>
      <w:lvlText w:val="%1."/>
      <w:lvlJc w:val="left"/>
      <w:pPr>
        <w:ind w:left="1094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271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0B2F3B7A"/>
    <w:multiLevelType w:val="hybridMultilevel"/>
    <w:tmpl w:val="FF04F7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6964D0"/>
    <w:multiLevelType w:val="hybridMultilevel"/>
    <w:tmpl w:val="17B26F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BAF61F5"/>
    <w:multiLevelType w:val="hybridMultilevel"/>
    <w:tmpl w:val="55AADE4E"/>
    <w:lvl w:ilvl="0" w:tplc="CB6C875A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D07050A"/>
    <w:multiLevelType w:val="hybridMultilevel"/>
    <w:tmpl w:val="E174C0CC"/>
    <w:lvl w:ilvl="0" w:tplc="FFFFFFFF">
      <w:start w:val="1"/>
      <w:numFmt w:val="lowerLetter"/>
      <w:lvlText w:val="%1)"/>
      <w:lvlJc w:val="left"/>
      <w:pPr>
        <w:ind w:left="1094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5" w15:restartNumberingAfterBreak="0">
    <w:nsid w:val="0F9D3234"/>
    <w:multiLevelType w:val="hybridMultilevel"/>
    <w:tmpl w:val="DC1E1AC2"/>
    <w:lvl w:ilvl="0" w:tplc="FFFFFFFF">
      <w:start w:val="1"/>
      <w:numFmt w:val="decimal"/>
      <w:lvlText w:val="%1."/>
      <w:lvlJc w:val="left"/>
      <w:pPr>
        <w:ind w:left="1094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6" w15:restartNumberingAfterBreak="0">
    <w:nsid w:val="11714713"/>
    <w:multiLevelType w:val="hybridMultilevel"/>
    <w:tmpl w:val="089E1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EE395A"/>
    <w:multiLevelType w:val="hybridMultilevel"/>
    <w:tmpl w:val="CE5AF830"/>
    <w:lvl w:ilvl="0" w:tplc="EF48514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197797"/>
    <w:multiLevelType w:val="hybridMultilevel"/>
    <w:tmpl w:val="80F82F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B40B43"/>
    <w:multiLevelType w:val="hybridMultilevel"/>
    <w:tmpl w:val="C1A8EB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C44956"/>
    <w:multiLevelType w:val="hybridMultilevel"/>
    <w:tmpl w:val="94CCD02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9812ADF"/>
    <w:multiLevelType w:val="hybridMultilevel"/>
    <w:tmpl w:val="AAB09304"/>
    <w:lvl w:ilvl="0" w:tplc="722A239C">
      <w:numFmt w:val="bullet"/>
      <w:lvlText w:val=""/>
      <w:lvlJc w:val="left"/>
      <w:pPr>
        <w:ind w:left="4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DF6D1D0">
      <w:numFmt w:val="bullet"/>
      <w:lvlText w:val="•"/>
      <w:lvlJc w:val="left"/>
      <w:pPr>
        <w:ind w:left="1404" w:hanging="361"/>
      </w:pPr>
      <w:rPr>
        <w:rFonts w:hint="default"/>
        <w:lang w:val="en-US" w:eastAsia="en-US" w:bidi="ar-SA"/>
      </w:rPr>
    </w:lvl>
    <w:lvl w:ilvl="2" w:tplc="A54275DC">
      <w:numFmt w:val="bullet"/>
      <w:lvlText w:val="•"/>
      <w:lvlJc w:val="left"/>
      <w:pPr>
        <w:ind w:left="2368" w:hanging="361"/>
      </w:pPr>
      <w:rPr>
        <w:rFonts w:hint="default"/>
        <w:lang w:val="en-US" w:eastAsia="en-US" w:bidi="ar-SA"/>
      </w:rPr>
    </w:lvl>
    <w:lvl w:ilvl="3" w:tplc="1AB4CAA6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D20C9D3C">
      <w:numFmt w:val="bullet"/>
      <w:lvlText w:val="•"/>
      <w:lvlJc w:val="left"/>
      <w:pPr>
        <w:ind w:left="4296" w:hanging="361"/>
      </w:pPr>
      <w:rPr>
        <w:rFonts w:hint="default"/>
        <w:lang w:val="en-US" w:eastAsia="en-US" w:bidi="ar-SA"/>
      </w:rPr>
    </w:lvl>
    <w:lvl w:ilvl="5" w:tplc="A48042C2"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6" w:tplc="874AC4E2">
      <w:numFmt w:val="bullet"/>
      <w:lvlText w:val="•"/>
      <w:lvlJc w:val="left"/>
      <w:pPr>
        <w:ind w:left="6224" w:hanging="361"/>
      </w:pPr>
      <w:rPr>
        <w:rFonts w:hint="default"/>
        <w:lang w:val="en-US" w:eastAsia="en-US" w:bidi="ar-SA"/>
      </w:rPr>
    </w:lvl>
    <w:lvl w:ilvl="7" w:tplc="A122288E">
      <w:numFmt w:val="bullet"/>
      <w:lvlText w:val="•"/>
      <w:lvlJc w:val="left"/>
      <w:pPr>
        <w:ind w:left="7188" w:hanging="361"/>
      </w:pPr>
      <w:rPr>
        <w:rFonts w:hint="default"/>
        <w:lang w:val="en-US" w:eastAsia="en-US" w:bidi="ar-SA"/>
      </w:rPr>
    </w:lvl>
    <w:lvl w:ilvl="8" w:tplc="2384C8AA">
      <w:numFmt w:val="bullet"/>
      <w:lvlText w:val="•"/>
      <w:lvlJc w:val="left"/>
      <w:pPr>
        <w:ind w:left="8152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1D68598A"/>
    <w:multiLevelType w:val="hybridMultilevel"/>
    <w:tmpl w:val="39F6FA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67309"/>
    <w:multiLevelType w:val="hybridMultilevel"/>
    <w:tmpl w:val="99CCBB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AA4437"/>
    <w:multiLevelType w:val="hybridMultilevel"/>
    <w:tmpl w:val="7424EECA"/>
    <w:lvl w:ilvl="0" w:tplc="35627152">
      <w:start w:val="7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2D154362"/>
    <w:multiLevelType w:val="hybridMultilevel"/>
    <w:tmpl w:val="AE20A0C8"/>
    <w:lvl w:ilvl="0" w:tplc="04090017">
      <w:start w:val="1"/>
      <w:numFmt w:val="lowerLetter"/>
      <w:lvlText w:val="%1)"/>
      <w:lvlJc w:val="left"/>
      <w:pPr>
        <w:ind w:left="1454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6" w15:restartNumberingAfterBreak="0">
    <w:nsid w:val="2E73218B"/>
    <w:multiLevelType w:val="hybridMultilevel"/>
    <w:tmpl w:val="E954DBE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F28E3"/>
    <w:multiLevelType w:val="hybridMultilevel"/>
    <w:tmpl w:val="93C8CC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7305809"/>
    <w:multiLevelType w:val="hybridMultilevel"/>
    <w:tmpl w:val="27F40E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526D0"/>
    <w:multiLevelType w:val="hybridMultilevel"/>
    <w:tmpl w:val="6EB0EA7C"/>
    <w:lvl w:ilvl="0" w:tplc="3818726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A45801"/>
    <w:multiLevelType w:val="hybridMultilevel"/>
    <w:tmpl w:val="78DE50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DB6FCE"/>
    <w:multiLevelType w:val="hybridMultilevel"/>
    <w:tmpl w:val="80164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F79582C"/>
    <w:multiLevelType w:val="hybridMultilevel"/>
    <w:tmpl w:val="C9265956"/>
    <w:lvl w:ilvl="0" w:tplc="B0AAF3B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8577D6"/>
    <w:multiLevelType w:val="hybridMultilevel"/>
    <w:tmpl w:val="0DCE0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487467"/>
    <w:multiLevelType w:val="hybridMultilevel"/>
    <w:tmpl w:val="AAAAB0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F2E59"/>
    <w:multiLevelType w:val="hybridMultilevel"/>
    <w:tmpl w:val="4DBCA3F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3EF74B4"/>
    <w:multiLevelType w:val="hybridMultilevel"/>
    <w:tmpl w:val="6BF27B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A7B92"/>
    <w:multiLevelType w:val="hybridMultilevel"/>
    <w:tmpl w:val="621438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B81598"/>
    <w:multiLevelType w:val="hybridMultilevel"/>
    <w:tmpl w:val="3DAAFE9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496C01A9"/>
    <w:multiLevelType w:val="hybridMultilevel"/>
    <w:tmpl w:val="7B7476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9F04640"/>
    <w:multiLevelType w:val="hybridMultilevel"/>
    <w:tmpl w:val="BA0CE350"/>
    <w:lvl w:ilvl="0" w:tplc="FFFFFFFF">
      <w:start w:val="1"/>
      <w:numFmt w:val="decimal"/>
      <w:lvlText w:val="%1."/>
      <w:lvlJc w:val="left"/>
      <w:pPr>
        <w:ind w:left="1094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1" w15:restartNumberingAfterBreak="0">
    <w:nsid w:val="4A7822B2"/>
    <w:multiLevelType w:val="hybridMultilevel"/>
    <w:tmpl w:val="6178AF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42275"/>
    <w:multiLevelType w:val="hybridMultilevel"/>
    <w:tmpl w:val="416E7056"/>
    <w:lvl w:ilvl="0" w:tplc="3BD233E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E055A"/>
    <w:multiLevelType w:val="hybridMultilevel"/>
    <w:tmpl w:val="44F6EE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0079F2"/>
    <w:multiLevelType w:val="hybridMultilevel"/>
    <w:tmpl w:val="3198F098"/>
    <w:lvl w:ilvl="0" w:tplc="BC44EC0A">
      <w:start w:val="1"/>
      <w:numFmt w:val="decimal"/>
      <w:lvlText w:val="%1."/>
      <w:lvlJc w:val="left"/>
      <w:pPr>
        <w:ind w:left="376" w:hanging="300"/>
      </w:pPr>
      <w:rPr>
        <w:rFonts w:ascii="Calibri" w:eastAsia="Calibri" w:hAnsi="Calibri" w:cs="Calibri" w:hint="default"/>
        <w:b/>
        <w:bCs/>
        <w:i w:val="0"/>
        <w:iCs w:val="0"/>
        <w:color w:val="1E2760"/>
        <w:spacing w:val="-2"/>
        <w:w w:val="100"/>
        <w:sz w:val="24"/>
        <w:szCs w:val="24"/>
        <w:lang w:val="en-US" w:eastAsia="en-US" w:bidi="ar-SA"/>
      </w:rPr>
    </w:lvl>
    <w:lvl w:ilvl="1" w:tplc="DE40C25E">
      <w:numFmt w:val="bullet"/>
      <w:lvlText w:val="☐"/>
      <w:lvlJc w:val="left"/>
      <w:pPr>
        <w:ind w:left="301" w:hanging="2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0A3858A2">
      <w:numFmt w:val="bullet"/>
      <w:lvlText w:val="•"/>
      <w:lvlJc w:val="left"/>
      <w:pPr>
        <w:ind w:left="380" w:hanging="225"/>
      </w:pPr>
      <w:rPr>
        <w:rFonts w:hint="default"/>
        <w:lang w:val="en-US" w:eastAsia="en-US" w:bidi="ar-SA"/>
      </w:rPr>
    </w:lvl>
    <w:lvl w:ilvl="3" w:tplc="DA2C5226">
      <w:numFmt w:val="bullet"/>
      <w:lvlText w:val="•"/>
      <w:lvlJc w:val="left"/>
      <w:pPr>
        <w:ind w:left="1592" w:hanging="225"/>
      </w:pPr>
      <w:rPr>
        <w:rFonts w:hint="default"/>
        <w:lang w:val="en-US" w:eastAsia="en-US" w:bidi="ar-SA"/>
      </w:rPr>
    </w:lvl>
    <w:lvl w:ilvl="4" w:tplc="0044A990">
      <w:numFmt w:val="bullet"/>
      <w:lvlText w:val="•"/>
      <w:lvlJc w:val="left"/>
      <w:pPr>
        <w:ind w:left="2805" w:hanging="225"/>
      </w:pPr>
      <w:rPr>
        <w:rFonts w:hint="default"/>
        <w:lang w:val="en-US" w:eastAsia="en-US" w:bidi="ar-SA"/>
      </w:rPr>
    </w:lvl>
    <w:lvl w:ilvl="5" w:tplc="9920F510">
      <w:numFmt w:val="bullet"/>
      <w:lvlText w:val="•"/>
      <w:lvlJc w:val="left"/>
      <w:pPr>
        <w:ind w:left="4017" w:hanging="225"/>
      </w:pPr>
      <w:rPr>
        <w:rFonts w:hint="default"/>
        <w:lang w:val="en-US" w:eastAsia="en-US" w:bidi="ar-SA"/>
      </w:rPr>
    </w:lvl>
    <w:lvl w:ilvl="6" w:tplc="2B2A3E9E">
      <w:numFmt w:val="bullet"/>
      <w:lvlText w:val="•"/>
      <w:lvlJc w:val="left"/>
      <w:pPr>
        <w:ind w:left="5230" w:hanging="225"/>
      </w:pPr>
      <w:rPr>
        <w:rFonts w:hint="default"/>
        <w:lang w:val="en-US" w:eastAsia="en-US" w:bidi="ar-SA"/>
      </w:rPr>
    </w:lvl>
    <w:lvl w:ilvl="7" w:tplc="909AE32E">
      <w:numFmt w:val="bullet"/>
      <w:lvlText w:val="•"/>
      <w:lvlJc w:val="left"/>
      <w:pPr>
        <w:ind w:left="6442" w:hanging="225"/>
      </w:pPr>
      <w:rPr>
        <w:rFonts w:hint="default"/>
        <w:lang w:val="en-US" w:eastAsia="en-US" w:bidi="ar-SA"/>
      </w:rPr>
    </w:lvl>
    <w:lvl w:ilvl="8" w:tplc="DD745D72">
      <w:numFmt w:val="bullet"/>
      <w:lvlText w:val="•"/>
      <w:lvlJc w:val="left"/>
      <w:pPr>
        <w:ind w:left="7655" w:hanging="225"/>
      </w:pPr>
      <w:rPr>
        <w:rFonts w:hint="default"/>
        <w:lang w:val="en-US" w:eastAsia="en-US" w:bidi="ar-SA"/>
      </w:rPr>
    </w:lvl>
  </w:abstractNum>
  <w:abstractNum w:abstractNumId="45" w15:restartNumberingAfterBreak="0">
    <w:nsid w:val="5418531E"/>
    <w:multiLevelType w:val="hybridMultilevel"/>
    <w:tmpl w:val="31EA3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A71ECC"/>
    <w:multiLevelType w:val="hybridMultilevel"/>
    <w:tmpl w:val="542ED87C"/>
    <w:lvl w:ilvl="0" w:tplc="AD424E6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2C7904"/>
    <w:multiLevelType w:val="hybridMultilevel"/>
    <w:tmpl w:val="DA207A46"/>
    <w:lvl w:ilvl="0" w:tplc="FFFFFFFF">
      <w:start w:val="1"/>
      <w:numFmt w:val="lowerLetter"/>
      <w:lvlText w:val="%1)"/>
      <w:lvlJc w:val="left"/>
      <w:pPr>
        <w:ind w:left="1454" w:hanging="360"/>
      </w:pPr>
    </w:lvl>
    <w:lvl w:ilvl="1" w:tplc="FFFFFFFF" w:tentative="1">
      <w:start w:val="1"/>
      <w:numFmt w:val="lowerLetter"/>
      <w:lvlText w:val="%2."/>
      <w:lvlJc w:val="left"/>
      <w:pPr>
        <w:ind w:left="2174" w:hanging="360"/>
      </w:pPr>
    </w:lvl>
    <w:lvl w:ilvl="2" w:tplc="FFFFFFFF" w:tentative="1">
      <w:start w:val="1"/>
      <w:numFmt w:val="lowerRoman"/>
      <w:lvlText w:val="%3."/>
      <w:lvlJc w:val="right"/>
      <w:pPr>
        <w:ind w:left="2894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FFFFFFFF">
      <w:start w:val="1"/>
      <w:numFmt w:val="lowerLetter"/>
      <w:lvlText w:val="%5."/>
      <w:lvlJc w:val="left"/>
      <w:pPr>
        <w:ind w:left="4334" w:hanging="360"/>
      </w:pPr>
    </w:lvl>
    <w:lvl w:ilvl="5" w:tplc="FFFFFFFF" w:tentative="1">
      <w:start w:val="1"/>
      <w:numFmt w:val="lowerRoman"/>
      <w:lvlText w:val="%6."/>
      <w:lvlJc w:val="right"/>
      <w:pPr>
        <w:ind w:left="5054" w:hanging="180"/>
      </w:pPr>
    </w:lvl>
    <w:lvl w:ilvl="6" w:tplc="FFFFFFFF" w:tentative="1">
      <w:start w:val="1"/>
      <w:numFmt w:val="decimal"/>
      <w:lvlText w:val="%7."/>
      <w:lvlJc w:val="left"/>
      <w:pPr>
        <w:ind w:left="5774" w:hanging="360"/>
      </w:pPr>
    </w:lvl>
    <w:lvl w:ilvl="7" w:tplc="FFFFFFFF" w:tentative="1">
      <w:start w:val="1"/>
      <w:numFmt w:val="lowerLetter"/>
      <w:lvlText w:val="%8."/>
      <w:lvlJc w:val="left"/>
      <w:pPr>
        <w:ind w:left="6494" w:hanging="360"/>
      </w:pPr>
    </w:lvl>
    <w:lvl w:ilvl="8" w:tplc="FFFFFFFF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48" w15:restartNumberingAfterBreak="0">
    <w:nsid w:val="5A727E14"/>
    <w:multiLevelType w:val="hybridMultilevel"/>
    <w:tmpl w:val="59D23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FD5306"/>
    <w:multiLevelType w:val="hybridMultilevel"/>
    <w:tmpl w:val="CB7293C8"/>
    <w:lvl w:ilvl="0" w:tplc="0409000F">
      <w:start w:val="1"/>
      <w:numFmt w:val="decimal"/>
      <w:lvlText w:val="%1."/>
      <w:lvlJc w:val="left"/>
      <w:pPr>
        <w:ind w:left="1454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50" w15:restartNumberingAfterBreak="0">
    <w:nsid w:val="5B5C2FC9"/>
    <w:multiLevelType w:val="hybridMultilevel"/>
    <w:tmpl w:val="5DE6B35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Roman"/>
      <w:lvlText w:val="%2."/>
      <w:lvlJc w:val="righ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5CD05897"/>
    <w:multiLevelType w:val="hybridMultilevel"/>
    <w:tmpl w:val="F7A88E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B9473C"/>
    <w:multiLevelType w:val="hybridMultilevel"/>
    <w:tmpl w:val="A2C6FE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01509"/>
    <w:multiLevelType w:val="hybridMultilevel"/>
    <w:tmpl w:val="478E9FCE"/>
    <w:lvl w:ilvl="0" w:tplc="29FE6F3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9B58FD"/>
    <w:multiLevelType w:val="hybridMultilevel"/>
    <w:tmpl w:val="AC804D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F00B0B"/>
    <w:multiLevelType w:val="hybridMultilevel"/>
    <w:tmpl w:val="955A3D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B15EF6"/>
    <w:multiLevelType w:val="hybridMultilevel"/>
    <w:tmpl w:val="6B38B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B515AF"/>
    <w:multiLevelType w:val="hybridMultilevel"/>
    <w:tmpl w:val="2FD6ABEA"/>
    <w:lvl w:ilvl="0" w:tplc="6B061F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7109C7"/>
    <w:multiLevelType w:val="hybridMultilevel"/>
    <w:tmpl w:val="6924E4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5C51272"/>
    <w:multiLevelType w:val="hybridMultilevel"/>
    <w:tmpl w:val="A0124406"/>
    <w:lvl w:ilvl="0" w:tplc="A64AE2A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DE463D"/>
    <w:multiLevelType w:val="hybridMultilevel"/>
    <w:tmpl w:val="3580CA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E3704F"/>
    <w:multiLevelType w:val="hybridMultilevel"/>
    <w:tmpl w:val="B82AA1D0"/>
    <w:lvl w:ilvl="0" w:tplc="8CCC092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62" w15:restartNumberingAfterBreak="0">
    <w:nsid w:val="676E287A"/>
    <w:multiLevelType w:val="hybridMultilevel"/>
    <w:tmpl w:val="068CA4E2"/>
    <w:lvl w:ilvl="0" w:tplc="1F148DE4">
      <w:numFmt w:val="bullet"/>
      <w:lvlText w:val="☐"/>
      <w:lvlJc w:val="left"/>
      <w:pPr>
        <w:ind w:left="11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EE385B36">
      <w:numFmt w:val="bullet"/>
      <w:lvlText w:val="•"/>
      <w:lvlJc w:val="left"/>
      <w:pPr>
        <w:ind w:left="567" w:hanging="226"/>
      </w:pPr>
      <w:rPr>
        <w:rFonts w:hint="default"/>
        <w:lang w:val="en-US" w:eastAsia="en-US" w:bidi="ar-SA"/>
      </w:rPr>
    </w:lvl>
    <w:lvl w:ilvl="2" w:tplc="8FECC514">
      <w:numFmt w:val="bullet"/>
      <w:lvlText w:val="•"/>
      <w:lvlJc w:val="left"/>
      <w:pPr>
        <w:ind w:left="1015" w:hanging="226"/>
      </w:pPr>
      <w:rPr>
        <w:rFonts w:hint="default"/>
        <w:lang w:val="en-US" w:eastAsia="en-US" w:bidi="ar-SA"/>
      </w:rPr>
    </w:lvl>
    <w:lvl w:ilvl="3" w:tplc="161A3B42">
      <w:numFmt w:val="bullet"/>
      <w:lvlText w:val="•"/>
      <w:lvlJc w:val="left"/>
      <w:pPr>
        <w:ind w:left="1462" w:hanging="226"/>
      </w:pPr>
      <w:rPr>
        <w:rFonts w:hint="default"/>
        <w:lang w:val="en-US" w:eastAsia="en-US" w:bidi="ar-SA"/>
      </w:rPr>
    </w:lvl>
    <w:lvl w:ilvl="4" w:tplc="DD2C8480">
      <w:numFmt w:val="bullet"/>
      <w:lvlText w:val="•"/>
      <w:lvlJc w:val="left"/>
      <w:pPr>
        <w:ind w:left="1910" w:hanging="226"/>
      </w:pPr>
      <w:rPr>
        <w:rFonts w:hint="default"/>
        <w:lang w:val="en-US" w:eastAsia="en-US" w:bidi="ar-SA"/>
      </w:rPr>
    </w:lvl>
    <w:lvl w:ilvl="5" w:tplc="A8380C8A">
      <w:numFmt w:val="bullet"/>
      <w:lvlText w:val="•"/>
      <w:lvlJc w:val="left"/>
      <w:pPr>
        <w:ind w:left="2358" w:hanging="226"/>
      </w:pPr>
      <w:rPr>
        <w:rFonts w:hint="default"/>
        <w:lang w:val="en-US" w:eastAsia="en-US" w:bidi="ar-SA"/>
      </w:rPr>
    </w:lvl>
    <w:lvl w:ilvl="6" w:tplc="6EDECAB0">
      <w:numFmt w:val="bullet"/>
      <w:lvlText w:val="•"/>
      <w:lvlJc w:val="left"/>
      <w:pPr>
        <w:ind w:left="2805" w:hanging="226"/>
      </w:pPr>
      <w:rPr>
        <w:rFonts w:hint="default"/>
        <w:lang w:val="en-US" w:eastAsia="en-US" w:bidi="ar-SA"/>
      </w:rPr>
    </w:lvl>
    <w:lvl w:ilvl="7" w:tplc="3B0EFD42">
      <w:numFmt w:val="bullet"/>
      <w:lvlText w:val="•"/>
      <w:lvlJc w:val="left"/>
      <w:pPr>
        <w:ind w:left="3253" w:hanging="226"/>
      </w:pPr>
      <w:rPr>
        <w:rFonts w:hint="default"/>
        <w:lang w:val="en-US" w:eastAsia="en-US" w:bidi="ar-SA"/>
      </w:rPr>
    </w:lvl>
    <w:lvl w:ilvl="8" w:tplc="57F00AEE">
      <w:numFmt w:val="bullet"/>
      <w:lvlText w:val="•"/>
      <w:lvlJc w:val="left"/>
      <w:pPr>
        <w:ind w:left="3700" w:hanging="226"/>
      </w:pPr>
      <w:rPr>
        <w:rFonts w:hint="default"/>
        <w:lang w:val="en-US" w:eastAsia="en-US" w:bidi="ar-SA"/>
      </w:rPr>
    </w:lvl>
  </w:abstractNum>
  <w:abstractNum w:abstractNumId="63" w15:restartNumberingAfterBreak="0">
    <w:nsid w:val="6C816847"/>
    <w:multiLevelType w:val="hybridMultilevel"/>
    <w:tmpl w:val="C06C76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800821"/>
    <w:multiLevelType w:val="hybridMultilevel"/>
    <w:tmpl w:val="78CCA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50568B00">
      <w:start w:val="5"/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D940791"/>
    <w:multiLevelType w:val="hybridMultilevel"/>
    <w:tmpl w:val="F4620F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2A1F00"/>
    <w:multiLevelType w:val="hybridMultilevel"/>
    <w:tmpl w:val="1298B2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4E50A9"/>
    <w:multiLevelType w:val="hybridMultilevel"/>
    <w:tmpl w:val="6FB610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FFF5A58"/>
    <w:multiLevelType w:val="hybridMultilevel"/>
    <w:tmpl w:val="3466A570"/>
    <w:lvl w:ilvl="0" w:tplc="04090017">
      <w:start w:val="1"/>
      <w:numFmt w:val="lowerLetter"/>
      <w:lvlText w:val="%1)"/>
      <w:lvlJc w:val="left"/>
      <w:pPr>
        <w:ind w:left="1094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9" w15:restartNumberingAfterBreak="0">
    <w:nsid w:val="701D4BE7"/>
    <w:multiLevelType w:val="hybridMultilevel"/>
    <w:tmpl w:val="96AAA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657C87"/>
    <w:multiLevelType w:val="hybridMultilevel"/>
    <w:tmpl w:val="C9EE68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AC23CD"/>
    <w:multiLevelType w:val="hybridMultilevel"/>
    <w:tmpl w:val="5B0A2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C95F32"/>
    <w:multiLevelType w:val="hybridMultilevel"/>
    <w:tmpl w:val="CAFA6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864AB0"/>
    <w:multiLevelType w:val="hybridMultilevel"/>
    <w:tmpl w:val="2BB4EFC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1426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B327CDC"/>
    <w:multiLevelType w:val="hybridMultilevel"/>
    <w:tmpl w:val="BC34CC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8C6D18"/>
    <w:multiLevelType w:val="hybridMultilevel"/>
    <w:tmpl w:val="A6C2F6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4A73F4"/>
    <w:multiLevelType w:val="hybridMultilevel"/>
    <w:tmpl w:val="8796F1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F025586"/>
    <w:multiLevelType w:val="hybridMultilevel"/>
    <w:tmpl w:val="9C504CCC"/>
    <w:lvl w:ilvl="0" w:tplc="968031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8513580">
    <w:abstractNumId w:val="5"/>
  </w:num>
  <w:num w:numId="2" w16cid:durableId="349181310">
    <w:abstractNumId w:val="3"/>
  </w:num>
  <w:num w:numId="3" w16cid:durableId="1505783335">
    <w:abstractNumId w:val="2"/>
  </w:num>
  <w:num w:numId="4" w16cid:durableId="57023601">
    <w:abstractNumId w:val="4"/>
  </w:num>
  <w:num w:numId="5" w16cid:durableId="82074436">
    <w:abstractNumId w:val="1"/>
  </w:num>
  <w:num w:numId="6" w16cid:durableId="2003509010">
    <w:abstractNumId w:val="0"/>
  </w:num>
  <w:num w:numId="7" w16cid:durableId="172382842">
    <w:abstractNumId w:val="41"/>
  </w:num>
  <w:num w:numId="8" w16cid:durableId="662196972">
    <w:abstractNumId w:val="74"/>
  </w:num>
  <w:num w:numId="9" w16cid:durableId="748232920">
    <w:abstractNumId w:val="30"/>
  </w:num>
  <w:num w:numId="10" w16cid:durableId="1792896727">
    <w:abstractNumId w:val="64"/>
  </w:num>
  <w:num w:numId="11" w16cid:durableId="54545872">
    <w:abstractNumId w:val="49"/>
  </w:num>
  <w:num w:numId="12" w16cid:durableId="430322209">
    <w:abstractNumId w:val="26"/>
  </w:num>
  <w:num w:numId="13" w16cid:durableId="1627082959">
    <w:abstractNumId w:val="23"/>
  </w:num>
  <w:num w:numId="14" w16cid:durableId="1546672461">
    <w:abstractNumId w:val="72"/>
  </w:num>
  <w:num w:numId="15" w16cid:durableId="1674532600">
    <w:abstractNumId w:val="27"/>
  </w:num>
  <w:num w:numId="16" w16cid:durableId="1261330327">
    <w:abstractNumId w:val="13"/>
  </w:num>
  <w:num w:numId="17" w16cid:durableId="1311247601">
    <w:abstractNumId w:val="22"/>
  </w:num>
  <w:num w:numId="18" w16cid:durableId="1214150897">
    <w:abstractNumId w:val="9"/>
  </w:num>
  <w:num w:numId="19" w16cid:durableId="961885554">
    <w:abstractNumId w:val="12"/>
  </w:num>
  <w:num w:numId="20" w16cid:durableId="843012776">
    <w:abstractNumId w:val="25"/>
  </w:num>
  <w:num w:numId="21" w16cid:durableId="1601135159">
    <w:abstractNumId w:val="24"/>
  </w:num>
  <w:num w:numId="22" w16cid:durableId="1198276792">
    <w:abstractNumId w:val="35"/>
  </w:num>
  <w:num w:numId="23" w16cid:durableId="1424688900">
    <w:abstractNumId w:val="40"/>
  </w:num>
  <w:num w:numId="24" w16cid:durableId="30690989">
    <w:abstractNumId w:val="73"/>
  </w:num>
  <w:num w:numId="25" w16cid:durableId="1257907954">
    <w:abstractNumId w:val="42"/>
  </w:num>
  <w:num w:numId="26" w16cid:durableId="2137484518">
    <w:abstractNumId w:val="68"/>
  </w:num>
  <w:num w:numId="27" w16cid:durableId="2054645500">
    <w:abstractNumId w:val="45"/>
  </w:num>
  <w:num w:numId="28" w16cid:durableId="393047172">
    <w:abstractNumId w:val="53"/>
  </w:num>
  <w:num w:numId="29" w16cid:durableId="465510020">
    <w:abstractNumId w:val="54"/>
  </w:num>
  <w:num w:numId="30" w16cid:durableId="1910263348">
    <w:abstractNumId w:val="34"/>
  </w:num>
  <w:num w:numId="31" w16cid:durableId="1246497047">
    <w:abstractNumId w:val="59"/>
  </w:num>
  <w:num w:numId="32" w16cid:durableId="1984381549">
    <w:abstractNumId w:val="66"/>
  </w:num>
  <w:num w:numId="33" w16cid:durableId="961303414">
    <w:abstractNumId w:val="17"/>
  </w:num>
  <w:num w:numId="34" w16cid:durableId="500125901">
    <w:abstractNumId w:val="38"/>
  </w:num>
  <w:num w:numId="35" w16cid:durableId="62458806">
    <w:abstractNumId w:val="61"/>
  </w:num>
  <w:num w:numId="36" w16cid:durableId="661814604">
    <w:abstractNumId w:val="71"/>
  </w:num>
  <w:num w:numId="37" w16cid:durableId="1587956259">
    <w:abstractNumId w:val="39"/>
  </w:num>
  <w:num w:numId="38" w16cid:durableId="294531034">
    <w:abstractNumId w:val="11"/>
  </w:num>
  <w:num w:numId="39" w16cid:durableId="291599994">
    <w:abstractNumId w:val="48"/>
  </w:num>
  <w:num w:numId="40" w16cid:durableId="1718047165">
    <w:abstractNumId w:val="16"/>
  </w:num>
  <w:num w:numId="41" w16cid:durableId="1107231738">
    <w:abstractNumId w:val="58"/>
  </w:num>
  <w:num w:numId="42" w16cid:durableId="756827039">
    <w:abstractNumId w:val="77"/>
  </w:num>
  <w:num w:numId="43" w16cid:durableId="601689527">
    <w:abstractNumId w:val="69"/>
  </w:num>
  <w:num w:numId="44" w16cid:durableId="279576927">
    <w:abstractNumId w:val="75"/>
  </w:num>
  <w:num w:numId="45" w16cid:durableId="223684592">
    <w:abstractNumId w:val="70"/>
  </w:num>
  <w:num w:numId="46" w16cid:durableId="1161890611">
    <w:abstractNumId w:val="63"/>
  </w:num>
  <w:num w:numId="47" w16cid:durableId="1170367203">
    <w:abstractNumId w:val="19"/>
  </w:num>
  <w:num w:numId="48" w16cid:durableId="1569994019">
    <w:abstractNumId w:val="55"/>
  </w:num>
  <w:num w:numId="49" w16cid:durableId="377240711">
    <w:abstractNumId w:val="32"/>
  </w:num>
  <w:num w:numId="50" w16cid:durableId="1388455131">
    <w:abstractNumId w:val="60"/>
  </w:num>
  <w:num w:numId="51" w16cid:durableId="432438374">
    <w:abstractNumId w:val="8"/>
  </w:num>
  <w:num w:numId="52" w16cid:durableId="1925601723">
    <w:abstractNumId w:val="37"/>
  </w:num>
  <w:num w:numId="53" w16cid:durableId="382019753">
    <w:abstractNumId w:val="28"/>
  </w:num>
  <w:num w:numId="54" w16cid:durableId="96290081">
    <w:abstractNumId w:val="52"/>
  </w:num>
  <w:num w:numId="55" w16cid:durableId="1479955690">
    <w:abstractNumId w:val="6"/>
  </w:num>
  <w:num w:numId="56" w16cid:durableId="1193500065">
    <w:abstractNumId w:val="56"/>
  </w:num>
  <w:num w:numId="57" w16cid:durableId="1546018529">
    <w:abstractNumId w:val="36"/>
  </w:num>
  <w:num w:numId="58" w16cid:durableId="830756794">
    <w:abstractNumId w:val="18"/>
  </w:num>
  <w:num w:numId="59" w16cid:durableId="611668516">
    <w:abstractNumId w:val="33"/>
  </w:num>
  <w:num w:numId="60" w16cid:durableId="2035616457">
    <w:abstractNumId w:val="65"/>
  </w:num>
  <w:num w:numId="61" w16cid:durableId="1673877711">
    <w:abstractNumId w:val="7"/>
  </w:num>
  <w:num w:numId="62" w16cid:durableId="1908613509">
    <w:abstractNumId w:val="43"/>
  </w:num>
  <w:num w:numId="63" w16cid:durableId="577251782">
    <w:abstractNumId w:val="20"/>
  </w:num>
  <w:num w:numId="64" w16cid:durableId="157422237">
    <w:abstractNumId w:val="31"/>
  </w:num>
  <w:num w:numId="65" w16cid:durableId="1377897431">
    <w:abstractNumId w:val="51"/>
  </w:num>
  <w:num w:numId="66" w16cid:durableId="781264196">
    <w:abstractNumId w:val="15"/>
  </w:num>
  <w:num w:numId="67" w16cid:durableId="1891919090">
    <w:abstractNumId w:val="47"/>
  </w:num>
  <w:num w:numId="68" w16cid:durableId="374624313">
    <w:abstractNumId w:val="46"/>
  </w:num>
  <w:num w:numId="69" w16cid:durableId="845092856">
    <w:abstractNumId w:val="76"/>
  </w:num>
  <w:num w:numId="70" w16cid:durableId="1810897834">
    <w:abstractNumId w:val="67"/>
  </w:num>
  <w:num w:numId="71" w16cid:durableId="2112117733">
    <w:abstractNumId w:val="50"/>
  </w:num>
  <w:num w:numId="72" w16cid:durableId="1156262466">
    <w:abstractNumId w:val="57"/>
  </w:num>
  <w:num w:numId="73" w16cid:durableId="241108753">
    <w:abstractNumId w:val="29"/>
  </w:num>
  <w:num w:numId="74" w16cid:durableId="195895126">
    <w:abstractNumId w:val="14"/>
  </w:num>
  <w:num w:numId="75" w16cid:durableId="2056659890">
    <w:abstractNumId w:val="10"/>
  </w:num>
  <w:num w:numId="76" w16cid:durableId="522331555">
    <w:abstractNumId w:val="62"/>
  </w:num>
  <w:num w:numId="77" w16cid:durableId="1545823564">
    <w:abstractNumId w:val="21"/>
  </w:num>
  <w:num w:numId="78" w16cid:durableId="45302610">
    <w:abstractNumId w:val="4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6F5"/>
    <w:rsid w:val="00015813"/>
    <w:rsid w:val="00034616"/>
    <w:rsid w:val="00041378"/>
    <w:rsid w:val="00041ED5"/>
    <w:rsid w:val="0006063C"/>
    <w:rsid w:val="00063225"/>
    <w:rsid w:val="00064C78"/>
    <w:rsid w:val="00064EE4"/>
    <w:rsid w:val="00065A54"/>
    <w:rsid w:val="00092B31"/>
    <w:rsid w:val="000B1D24"/>
    <w:rsid w:val="000C48E2"/>
    <w:rsid w:val="000E7ADF"/>
    <w:rsid w:val="000F1775"/>
    <w:rsid w:val="001459F6"/>
    <w:rsid w:val="0015074B"/>
    <w:rsid w:val="001537B7"/>
    <w:rsid w:val="0016128A"/>
    <w:rsid w:val="0016776B"/>
    <w:rsid w:val="00172B24"/>
    <w:rsid w:val="0019342B"/>
    <w:rsid w:val="001A2A00"/>
    <w:rsid w:val="001A3AE7"/>
    <w:rsid w:val="001A55DE"/>
    <w:rsid w:val="001D19E1"/>
    <w:rsid w:val="001F4FC6"/>
    <w:rsid w:val="001F6CBB"/>
    <w:rsid w:val="00204345"/>
    <w:rsid w:val="00210277"/>
    <w:rsid w:val="002153BE"/>
    <w:rsid w:val="00225C1D"/>
    <w:rsid w:val="00226FF1"/>
    <w:rsid w:val="002316B9"/>
    <w:rsid w:val="0023301E"/>
    <w:rsid w:val="002429EB"/>
    <w:rsid w:val="0026182B"/>
    <w:rsid w:val="002637B3"/>
    <w:rsid w:val="0027096B"/>
    <w:rsid w:val="00280576"/>
    <w:rsid w:val="0029639D"/>
    <w:rsid w:val="002A4B31"/>
    <w:rsid w:val="002A6458"/>
    <w:rsid w:val="002C65C2"/>
    <w:rsid w:val="002D54F8"/>
    <w:rsid w:val="002D59DB"/>
    <w:rsid w:val="002D6B97"/>
    <w:rsid w:val="00311990"/>
    <w:rsid w:val="003140DD"/>
    <w:rsid w:val="00326F90"/>
    <w:rsid w:val="00344285"/>
    <w:rsid w:val="00345B04"/>
    <w:rsid w:val="00350D46"/>
    <w:rsid w:val="00380D9A"/>
    <w:rsid w:val="00382363"/>
    <w:rsid w:val="00384912"/>
    <w:rsid w:val="003849F5"/>
    <w:rsid w:val="00390572"/>
    <w:rsid w:val="003B70BA"/>
    <w:rsid w:val="003D45B4"/>
    <w:rsid w:val="003D5F47"/>
    <w:rsid w:val="003D6A9A"/>
    <w:rsid w:val="003E0CFD"/>
    <w:rsid w:val="003E57FA"/>
    <w:rsid w:val="004204FA"/>
    <w:rsid w:val="00421168"/>
    <w:rsid w:val="00422F32"/>
    <w:rsid w:val="00431887"/>
    <w:rsid w:val="00437488"/>
    <w:rsid w:val="004662D7"/>
    <w:rsid w:val="00473F82"/>
    <w:rsid w:val="00492448"/>
    <w:rsid w:val="004A6105"/>
    <w:rsid w:val="004A7679"/>
    <w:rsid w:val="004B01FE"/>
    <w:rsid w:val="004B2E86"/>
    <w:rsid w:val="004C72B3"/>
    <w:rsid w:val="004D53D2"/>
    <w:rsid w:val="004E3B17"/>
    <w:rsid w:val="004E70D9"/>
    <w:rsid w:val="005007EE"/>
    <w:rsid w:val="0053322B"/>
    <w:rsid w:val="00551626"/>
    <w:rsid w:val="0056409C"/>
    <w:rsid w:val="00577508"/>
    <w:rsid w:val="005E59C6"/>
    <w:rsid w:val="005F3C61"/>
    <w:rsid w:val="00601922"/>
    <w:rsid w:val="00625DFB"/>
    <w:rsid w:val="00642BA7"/>
    <w:rsid w:val="00643384"/>
    <w:rsid w:val="00655387"/>
    <w:rsid w:val="006608FC"/>
    <w:rsid w:val="00665BAC"/>
    <w:rsid w:val="0068192D"/>
    <w:rsid w:val="00683F3C"/>
    <w:rsid w:val="00694391"/>
    <w:rsid w:val="006A1923"/>
    <w:rsid w:val="006A793B"/>
    <w:rsid w:val="006B734F"/>
    <w:rsid w:val="006C0F97"/>
    <w:rsid w:val="006C37DE"/>
    <w:rsid w:val="006C4341"/>
    <w:rsid w:val="006C7CFA"/>
    <w:rsid w:val="006E3237"/>
    <w:rsid w:val="006E5294"/>
    <w:rsid w:val="006F5727"/>
    <w:rsid w:val="007022A9"/>
    <w:rsid w:val="00705F38"/>
    <w:rsid w:val="007079C5"/>
    <w:rsid w:val="00723A8F"/>
    <w:rsid w:val="00725C3F"/>
    <w:rsid w:val="00763467"/>
    <w:rsid w:val="0076677B"/>
    <w:rsid w:val="00781157"/>
    <w:rsid w:val="007815EF"/>
    <w:rsid w:val="00786E67"/>
    <w:rsid w:val="00794B1D"/>
    <w:rsid w:val="007B26C5"/>
    <w:rsid w:val="007D071A"/>
    <w:rsid w:val="007D7560"/>
    <w:rsid w:val="007E1919"/>
    <w:rsid w:val="007E6635"/>
    <w:rsid w:val="007F79E1"/>
    <w:rsid w:val="008115BB"/>
    <w:rsid w:val="008256BD"/>
    <w:rsid w:val="00826C64"/>
    <w:rsid w:val="00835AFE"/>
    <w:rsid w:val="008360C4"/>
    <w:rsid w:val="00843442"/>
    <w:rsid w:val="0086439D"/>
    <w:rsid w:val="00886A53"/>
    <w:rsid w:val="008A47C5"/>
    <w:rsid w:val="008C5093"/>
    <w:rsid w:val="008E12A1"/>
    <w:rsid w:val="008E72AE"/>
    <w:rsid w:val="008F4BF5"/>
    <w:rsid w:val="008F7E00"/>
    <w:rsid w:val="00924589"/>
    <w:rsid w:val="00926BC4"/>
    <w:rsid w:val="00935EE1"/>
    <w:rsid w:val="009456BF"/>
    <w:rsid w:val="0095251A"/>
    <w:rsid w:val="00965FA1"/>
    <w:rsid w:val="00967B2A"/>
    <w:rsid w:val="00982707"/>
    <w:rsid w:val="00996137"/>
    <w:rsid w:val="009A60C6"/>
    <w:rsid w:val="009B2397"/>
    <w:rsid w:val="009E1692"/>
    <w:rsid w:val="009E6BF5"/>
    <w:rsid w:val="00A02C2A"/>
    <w:rsid w:val="00A0596B"/>
    <w:rsid w:val="00A12A91"/>
    <w:rsid w:val="00A14A11"/>
    <w:rsid w:val="00A1542D"/>
    <w:rsid w:val="00A265BD"/>
    <w:rsid w:val="00A3012B"/>
    <w:rsid w:val="00A3121D"/>
    <w:rsid w:val="00A355E8"/>
    <w:rsid w:val="00A4300E"/>
    <w:rsid w:val="00AA1D8D"/>
    <w:rsid w:val="00AA4359"/>
    <w:rsid w:val="00AB34F2"/>
    <w:rsid w:val="00B02035"/>
    <w:rsid w:val="00B10345"/>
    <w:rsid w:val="00B109B3"/>
    <w:rsid w:val="00B10CF4"/>
    <w:rsid w:val="00B20977"/>
    <w:rsid w:val="00B35289"/>
    <w:rsid w:val="00B356FB"/>
    <w:rsid w:val="00B41EA1"/>
    <w:rsid w:val="00B462B3"/>
    <w:rsid w:val="00B47730"/>
    <w:rsid w:val="00B6195E"/>
    <w:rsid w:val="00B77F3A"/>
    <w:rsid w:val="00B803DD"/>
    <w:rsid w:val="00BA5D0A"/>
    <w:rsid w:val="00BC214F"/>
    <w:rsid w:val="00BC6EDB"/>
    <w:rsid w:val="00BD0A78"/>
    <w:rsid w:val="00BD7FA8"/>
    <w:rsid w:val="00BE4E8C"/>
    <w:rsid w:val="00BF1AA8"/>
    <w:rsid w:val="00BF6BCD"/>
    <w:rsid w:val="00C02A73"/>
    <w:rsid w:val="00C15698"/>
    <w:rsid w:val="00C501BF"/>
    <w:rsid w:val="00C51ABD"/>
    <w:rsid w:val="00C55638"/>
    <w:rsid w:val="00C65A7C"/>
    <w:rsid w:val="00C67193"/>
    <w:rsid w:val="00C73D47"/>
    <w:rsid w:val="00C86366"/>
    <w:rsid w:val="00C96986"/>
    <w:rsid w:val="00CB0664"/>
    <w:rsid w:val="00CE6A09"/>
    <w:rsid w:val="00D31632"/>
    <w:rsid w:val="00D40928"/>
    <w:rsid w:val="00D416E6"/>
    <w:rsid w:val="00D51E37"/>
    <w:rsid w:val="00D56CC2"/>
    <w:rsid w:val="00D63CBB"/>
    <w:rsid w:val="00D768E7"/>
    <w:rsid w:val="00D81A4E"/>
    <w:rsid w:val="00D90A8B"/>
    <w:rsid w:val="00D925A7"/>
    <w:rsid w:val="00DA38FF"/>
    <w:rsid w:val="00DA44FF"/>
    <w:rsid w:val="00DB07EF"/>
    <w:rsid w:val="00DC69DE"/>
    <w:rsid w:val="00DD074C"/>
    <w:rsid w:val="00DE7C33"/>
    <w:rsid w:val="00DF4459"/>
    <w:rsid w:val="00E1061E"/>
    <w:rsid w:val="00E15659"/>
    <w:rsid w:val="00E20EA1"/>
    <w:rsid w:val="00E2318D"/>
    <w:rsid w:val="00E33EBB"/>
    <w:rsid w:val="00E60097"/>
    <w:rsid w:val="00E66805"/>
    <w:rsid w:val="00E80CCD"/>
    <w:rsid w:val="00E82CF9"/>
    <w:rsid w:val="00E948DA"/>
    <w:rsid w:val="00EA0A1A"/>
    <w:rsid w:val="00EA3361"/>
    <w:rsid w:val="00EB1C91"/>
    <w:rsid w:val="00ED3FA0"/>
    <w:rsid w:val="00EE5B04"/>
    <w:rsid w:val="00EF2605"/>
    <w:rsid w:val="00F1115F"/>
    <w:rsid w:val="00F36328"/>
    <w:rsid w:val="00F45EFA"/>
    <w:rsid w:val="00F53E77"/>
    <w:rsid w:val="00F67CCB"/>
    <w:rsid w:val="00F73559"/>
    <w:rsid w:val="00F75CBC"/>
    <w:rsid w:val="00F81F14"/>
    <w:rsid w:val="00FB79B6"/>
    <w:rsid w:val="00FC693F"/>
    <w:rsid w:val="00FD1EC7"/>
    <w:rsid w:val="00FD7FEA"/>
    <w:rsid w:val="00FE06A2"/>
    <w:rsid w:val="00FF6527"/>
    <w:rsid w:val="00FF7C58"/>
    <w:rsid w:val="50C1C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94A4A0F5-AF6B-4D37-AA90-0188A04E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licyBullet">
    <w:name w:val="Policy Bullet"/>
    <w:basedOn w:val="Normal"/>
    <w:pPr>
      <w:spacing w:after="60"/>
      <w:ind w:left="691" w:hanging="317"/>
    </w:pPr>
  </w:style>
  <w:style w:type="paragraph" w:customStyle="1" w:styleId="PolicyNumber">
    <w:name w:val="Policy Number"/>
    <w:basedOn w:val="Normal"/>
    <w:pPr>
      <w:ind w:left="490" w:hanging="490"/>
    </w:pPr>
  </w:style>
  <w:style w:type="paragraph" w:styleId="Revision">
    <w:name w:val="Revision"/>
    <w:hidden/>
    <w:uiPriority w:val="99"/>
    <w:semiHidden/>
    <w:rsid w:val="00A14A11"/>
    <w:pPr>
      <w:spacing w:after="0"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A02C2A"/>
    <w:pPr>
      <w:widowControl w:val="0"/>
      <w:autoSpaceDE w:val="0"/>
      <w:autoSpaceDN w:val="0"/>
      <w:spacing w:after="0" w:line="235" w:lineRule="exact"/>
      <w:ind w:lef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Little Rock Gift Acceptance Procedure Guideline</vt:lpstr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Little Rock Gift Acceptance Procedure Guideline</dc:title>
  <dc:subject>Gift acceptance policy reformatted as a City Procedure Guideline</dc:subject>
  <dc:creator>City of Little Rock</dc:creator>
  <cp:keywords>gift acceptance, procedure guideline, City of Little Rock</cp:keywords>
  <dc:description>generated by python-docx</dc:description>
  <cp:lastModifiedBy>Breitweiser, Rachel</cp:lastModifiedBy>
  <cp:revision>18</cp:revision>
  <cp:lastPrinted>2026-08-20T19:10:00Z</cp:lastPrinted>
  <dcterms:created xsi:type="dcterms:W3CDTF">2026-08-20T19:12:00Z</dcterms:created>
  <dcterms:modified xsi:type="dcterms:W3CDTF">2026-08-20T21:59:00Z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55c74023-e81c-4d54-b6fb-1e6936aaae7b</vt:lpwstr>
  </property>
</Properties>
</file>